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B9C72" w14:textId="57DFB6A9" w:rsidR="00B408BE" w:rsidRDefault="00DF2B36">
      <w:pPr>
        <w:pStyle w:val="Heading1"/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3C6F592C" wp14:editId="34D25951">
            <wp:extent cx="5486400" cy="7102475"/>
            <wp:effectExtent l="0" t="0" r="0" b="0"/>
            <wp:docPr id="452875208" name="Picture 1" descr="A person holding a clipboard and giving the peac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75208" name="Picture 1" descr="A person holding a clipboard and giving the peace sig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3030" w14:textId="77777777" w:rsidR="00B408BE" w:rsidRDefault="00B408BE">
      <w:pPr>
        <w:pStyle w:val="Heading1"/>
        <w:jc w:val="center"/>
        <w:rPr>
          <w:color w:val="7030A0"/>
        </w:rPr>
      </w:pPr>
    </w:p>
    <w:p w14:paraId="157B3500" w14:textId="54DDA36B" w:rsidR="001D6A3B" w:rsidRPr="007C2C8C" w:rsidRDefault="00E62372">
      <w:pPr>
        <w:pStyle w:val="Heading1"/>
        <w:jc w:val="center"/>
        <w:rPr>
          <w:color w:val="7030A0"/>
        </w:rPr>
      </w:pPr>
      <w:r w:rsidRPr="007C2C8C">
        <w:rPr>
          <w:color w:val="7030A0"/>
        </w:rPr>
        <w:t>Franklin Cougars Track &amp; Field</w:t>
      </w:r>
      <w:r w:rsidRPr="007C2C8C">
        <w:rPr>
          <w:color w:val="7030A0"/>
        </w:rPr>
        <w:br/>
        <w:t>Hector Carranza Invitational</w:t>
      </w:r>
      <w:r w:rsidRPr="007C2C8C">
        <w:rPr>
          <w:color w:val="7030A0"/>
        </w:rPr>
        <w:br/>
        <w:t>February 20–21</w:t>
      </w:r>
    </w:p>
    <w:p w14:paraId="32ACEF9B" w14:textId="77777777" w:rsidR="001D6A3B" w:rsidRDefault="001D6A3B"/>
    <w:p w14:paraId="2F70E666" w14:textId="77777777" w:rsidR="001D6A3B" w:rsidRDefault="00E62372">
      <w:r>
        <w:t>Dear Coaches,</w:t>
      </w:r>
      <w:r>
        <w:br/>
      </w:r>
      <w:r>
        <w:br/>
      </w:r>
      <w:r>
        <w:t>The Franklin Cougars invite your team to compete in the Hector Carranza Invitational on February 20–21. We look forward to hosting you for an exciting early-season competition.</w:t>
      </w:r>
    </w:p>
    <w:p w14:paraId="1943AFC6" w14:textId="77777777" w:rsidR="001D6A3B" w:rsidRPr="007C2C8C" w:rsidRDefault="00E62372">
      <w:pPr>
        <w:pStyle w:val="Heading2"/>
        <w:rPr>
          <w:color w:val="7030A0"/>
        </w:rPr>
      </w:pPr>
      <w:r w:rsidRPr="007C2C8C">
        <w:rPr>
          <w:color w:val="7030A0"/>
        </w:rPr>
        <w:t>Divisions</w:t>
      </w:r>
    </w:p>
    <w:p w14:paraId="54BAF4CD" w14:textId="77777777" w:rsidR="001D6A3B" w:rsidRDefault="00E62372" w:rsidP="007C2C8C">
      <w:pPr>
        <w:spacing w:after="0"/>
      </w:pPr>
      <w:r>
        <w:t>• Freshman Girls &amp; Boys</w:t>
      </w:r>
    </w:p>
    <w:p w14:paraId="234E4D51" w14:textId="77777777" w:rsidR="001D6A3B" w:rsidRDefault="00E62372" w:rsidP="007C2C8C">
      <w:pPr>
        <w:spacing w:after="0"/>
      </w:pPr>
      <w:r>
        <w:t>• Open Girls &amp; Boys</w:t>
      </w:r>
    </w:p>
    <w:p w14:paraId="0DF8E509" w14:textId="77777777" w:rsidR="001D6A3B" w:rsidRDefault="00E62372" w:rsidP="007C2C8C">
      <w:pPr>
        <w:spacing w:after="0"/>
      </w:pPr>
      <w:r>
        <w:t>• Varsity Girls &amp; Boys</w:t>
      </w:r>
    </w:p>
    <w:p w14:paraId="20773E1F" w14:textId="77777777" w:rsidR="001D6A3B" w:rsidRPr="007C2C8C" w:rsidRDefault="00E62372">
      <w:pPr>
        <w:pStyle w:val="Heading2"/>
        <w:rPr>
          <w:color w:val="7030A0"/>
        </w:rPr>
      </w:pPr>
      <w:r w:rsidRPr="007C2C8C">
        <w:rPr>
          <w:color w:val="7030A0"/>
        </w:rPr>
        <w:t>Entries &amp; Meet Information</w:t>
      </w:r>
    </w:p>
    <w:p w14:paraId="1996F96A" w14:textId="77777777" w:rsidR="001D6A3B" w:rsidRDefault="00E62372" w:rsidP="007C2C8C">
      <w:pPr>
        <w:spacing w:after="0"/>
      </w:pPr>
      <w:r>
        <w:t>• Entries must be submitted via TxMilesplit.com.</w:t>
      </w:r>
    </w:p>
    <w:p w14:paraId="4FEB1C4B" w14:textId="13D8D789" w:rsidR="001D6A3B" w:rsidRDefault="00E62372" w:rsidP="007C2C8C">
      <w:pPr>
        <w:spacing w:after="0"/>
      </w:pPr>
      <w:r>
        <w:t xml:space="preserve">• Entry Deadline: </w:t>
      </w:r>
      <w:r w:rsidR="00391AFC">
        <w:t>Thursday</w:t>
      </w:r>
      <w:r>
        <w:t>, February 1</w:t>
      </w:r>
      <w:r w:rsidR="00391AFC">
        <w:t>9</w:t>
      </w:r>
      <w:r>
        <w:t xml:space="preserve"> at 1</w:t>
      </w:r>
      <w:r w:rsidR="00391AFC">
        <w:t>0</w:t>
      </w:r>
      <w:r>
        <w:t xml:space="preserve">:00 </w:t>
      </w:r>
      <w:r w:rsidR="00391AFC">
        <w:t>A</w:t>
      </w:r>
      <w:r>
        <w:t>M.</w:t>
      </w:r>
    </w:p>
    <w:p w14:paraId="09A93959" w14:textId="77777777" w:rsidR="001D6A3B" w:rsidRDefault="00E62372" w:rsidP="007C2C8C">
      <w:pPr>
        <w:spacing w:after="0"/>
      </w:pPr>
      <w:r>
        <w:t>• Entry Limit: 3 entries per event (no additions at the meet; scratches only).</w:t>
      </w:r>
    </w:p>
    <w:p w14:paraId="3C09C57A" w14:textId="77777777" w:rsidR="001D6A3B" w:rsidRDefault="00E62372" w:rsidP="007C2C8C">
      <w:pPr>
        <w:spacing w:after="0"/>
      </w:pPr>
      <w:r>
        <w:t>• Attempts:</w:t>
      </w:r>
    </w:p>
    <w:p w14:paraId="5DE9B15C" w14:textId="77777777" w:rsidR="001D6A3B" w:rsidRDefault="00E62372" w:rsidP="007C2C8C">
      <w:pPr>
        <w:spacing w:after="0"/>
      </w:pPr>
      <w:r>
        <w:t xml:space="preserve">   - Varsity – 3 preliminary attempts, top 8 to finals</w:t>
      </w:r>
    </w:p>
    <w:p w14:paraId="694600AB" w14:textId="77777777" w:rsidR="001D6A3B" w:rsidRDefault="00E62372" w:rsidP="007C2C8C">
      <w:pPr>
        <w:spacing w:after="0"/>
      </w:pPr>
      <w:r>
        <w:t xml:space="preserve">   - Open &amp; Freshman – 3 attempts only (no finals)</w:t>
      </w:r>
    </w:p>
    <w:p w14:paraId="3D948FB1" w14:textId="77777777" w:rsidR="001D6A3B" w:rsidRDefault="00E62372" w:rsidP="007C2C8C">
      <w:pPr>
        <w:spacing w:after="0"/>
      </w:pPr>
      <w:r>
        <w:t>• Relays &amp; 800m Run – Timed finals on Saturday</w:t>
      </w:r>
    </w:p>
    <w:p w14:paraId="07593E8A" w14:textId="77777777" w:rsidR="001D6A3B" w:rsidRDefault="00E62372" w:rsidP="007C2C8C">
      <w:pPr>
        <w:spacing w:after="0"/>
      </w:pPr>
      <w:r>
        <w:t>• Awards – Medals for the top 3 athletes in each event; team trophies for Varsity champions</w:t>
      </w:r>
    </w:p>
    <w:p w14:paraId="05C0E152" w14:textId="77777777" w:rsidR="001D6A3B" w:rsidRPr="007C2C8C" w:rsidRDefault="00E62372">
      <w:pPr>
        <w:pStyle w:val="Heading2"/>
        <w:rPr>
          <w:color w:val="7030A0"/>
        </w:rPr>
      </w:pPr>
      <w:r w:rsidRPr="007C2C8C">
        <w:rPr>
          <w:color w:val="7030A0"/>
        </w:rPr>
        <w:t>Friday, February 20</w:t>
      </w:r>
    </w:p>
    <w:p w14:paraId="5390A835" w14:textId="77777777" w:rsidR="001D6A3B" w:rsidRDefault="00E62372">
      <w:r w:rsidRPr="007C2C8C">
        <w:rPr>
          <w:color w:val="7030A0"/>
        </w:rPr>
        <w:t xml:space="preserve">2:30 PM </w:t>
      </w:r>
      <w:r>
        <w:t>– Scratch Meeting &amp; Coaches Hospitality (Mat Room)</w:t>
      </w:r>
    </w:p>
    <w:p w14:paraId="6F91D38A" w14:textId="77777777" w:rsidR="001D6A3B" w:rsidRDefault="00E62372">
      <w:r w:rsidRPr="007C2C8C">
        <w:rPr>
          <w:color w:val="7030A0"/>
        </w:rPr>
        <w:t xml:space="preserve">3:00 PM </w:t>
      </w:r>
      <w:r>
        <w:t>– Field Events Begin</w:t>
      </w:r>
    </w:p>
    <w:p w14:paraId="486D509D" w14:textId="77777777" w:rsidR="001D6A3B" w:rsidRDefault="00E62372" w:rsidP="007C2C8C">
      <w:pPr>
        <w:spacing w:after="0"/>
      </w:pPr>
      <w:r>
        <w:t>• Triple Jump (Pit #1) – Varsity Boys, Open Boys, Freshman Boys (Eastlake)</w:t>
      </w:r>
    </w:p>
    <w:p w14:paraId="24BA7E10" w14:textId="77777777" w:rsidR="001D6A3B" w:rsidRDefault="00E62372" w:rsidP="007C2C8C">
      <w:pPr>
        <w:spacing w:after="0"/>
      </w:pPr>
      <w:r>
        <w:t>• Long Jump (Pit #2) – Varsity Girls, Open Girls, Freshman Girls (Jefferson)</w:t>
      </w:r>
    </w:p>
    <w:p w14:paraId="2182FC4A" w14:textId="77777777" w:rsidR="001D6A3B" w:rsidRDefault="00E62372" w:rsidP="007C2C8C">
      <w:pPr>
        <w:spacing w:after="0"/>
      </w:pPr>
      <w:r>
        <w:t>• Shot Put – Varsity Girls, Open Girls, Freshman Girls (Americas)</w:t>
      </w:r>
    </w:p>
    <w:p w14:paraId="39155982" w14:textId="77777777" w:rsidR="001D6A3B" w:rsidRDefault="00E62372" w:rsidP="007C2C8C">
      <w:pPr>
        <w:spacing w:after="0"/>
      </w:pPr>
      <w:r>
        <w:t>• Discus – Varsity Boys, Open Boys, Freshman Boys (Andress)</w:t>
      </w:r>
    </w:p>
    <w:p w14:paraId="031793AB" w14:textId="77777777" w:rsidR="001D6A3B" w:rsidRDefault="00E62372" w:rsidP="007C2C8C">
      <w:pPr>
        <w:spacing w:after="0"/>
      </w:pPr>
      <w:r>
        <w:t>• High Jump (Boys) – Freshman (5'0"), Varsity (5'2"), Open (5'4") (El Paso High)</w:t>
      </w:r>
    </w:p>
    <w:p w14:paraId="3A88A684" w14:textId="77777777" w:rsidR="001D6A3B" w:rsidRDefault="00E62372" w:rsidP="007C2C8C">
      <w:pPr>
        <w:spacing w:after="0"/>
      </w:pPr>
      <w:r>
        <w:t>• Pole Vault (Girls) – Freshman (6'0"), Varsity (6'0"), Open (6'6") (Hanks)</w:t>
      </w:r>
    </w:p>
    <w:p w14:paraId="2768F3EB" w14:textId="77777777" w:rsidR="001D6A3B" w:rsidRDefault="00E62372">
      <w:r w:rsidRPr="007C2C8C">
        <w:rPr>
          <w:color w:val="7030A0"/>
        </w:rPr>
        <w:t xml:space="preserve">3:00 PM </w:t>
      </w:r>
      <w:r>
        <w:t>– 3200m Run (Finals)</w:t>
      </w:r>
    </w:p>
    <w:p w14:paraId="00624050" w14:textId="77777777" w:rsidR="001D6A3B" w:rsidRDefault="00E62372" w:rsidP="007C2C8C">
      <w:pPr>
        <w:spacing w:after="0"/>
      </w:pPr>
      <w:r>
        <w:t>Running Event Prelims (following 3200m):</w:t>
      </w:r>
    </w:p>
    <w:p w14:paraId="5449EA8B" w14:textId="77777777" w:rsidR="001D6A3B" w:rsidRDefault="00E62372" w:rsidP="007C2C8C">
      <w:pPr>
        <w:spacing w:after="0"/>
      </w:pPr>
      <w:r>
        <w:t>• 100m Hurdles</w:t>
      </w:r>
    </w:p>
    <w:p w14:paraId="32B7BA27" w14:textId="77777777" w:rsidR="001D6A3B" w:rsidRDefault="00E62372" w:rsidP="007C2C8C">
      <w:pPr>
        <w:spacing w:after="0"/>
      </w:pPr>
      <w:r>
        <w:t>• 110m Hurdles</w:t>
      </w:r>
    </w:p>
    <w:p w14:paraId="4D6D425C" w14:textId="77777777" w:rsidR="001D6A3B" w:rsidRDefault="00E62372" w:rsidP="007C2C8C">
      <w:pPr>
        <w:spacing w:after="0"/>
      </w:pPr>
      <w:r>
        <w:t>• 100m Dash</w:t>
      </w:r>
    </w:p>
    <w:p w14:paraId="7397953E" w14:textId="77777777" w:rsidR="001D6A3B" w:rsidRDefault="00E62372" w:rsidP="007C2C8C">
      <w:pPr>
        <w:spacing w:after="0"/>
      </w:pPr>
      <w:r>
        <w:t>• 400m Dash</w:t>
      </w:r>
    </w:p>
    <w:p w14:paraId="194552DA" w14:textId="77777777" w:rsidR="001D6A3B" w:rsidRDefault="00E62372" w:rsidP="007C2C8C">
      <w:pPr>
        <w:spacing w:after="0"/>
      </w:pPr>
      <w:r>
        <w:t>• 300m Hurdles</w:t>
      </w:r>
    </w:p>
    <w:p w14:paraId="13883B42" w14:textId="77777777" w:rsidR="001D6A3B" w:rsidRDefault="00E62372" w:rsidP="007C2C8C">
      <w:pPr>
        <w:spacing w:after="0"/>
      </w:pPr>
      <w:r>
        <w:t>• 200m Dash</w:t>
      </w:r>
    </w:p>
    <w:p w14:paraId="6C560015" w14:textId="77777777" w:rsidR="001D6A3B" w:rsidRPr="007C2C8C" w:rsidRDefault="00E62372">
      <w:pPr>
        <w:pStyle w:val="Heading2"/>
        <w:rPr>
          <w:color w:val="7030A0"/>
          <w:sz w:val="32"/>
          <w:szCs w:val="32"/>
        </w:rPr>
      </w:pPr>
      <w:r w:rsidRPr="007C2C8C">
        <w:rPr>
          <w:color w:val="7030A0"/>
          <w:sz w:val="32"/>
          <w:szCs w:val="32"/>
        </w:rPr>
        <w:t>Saturday, February 21</w:t>
      </w:r>
    </w:p>
    <w:p w14:paraId="3A4E0CCE" w14:textId="77777777" w:rsidR="001D6A3B" w:rsidRDefault="00E62372">
      <w:r>
        <w:t>8:00 AM – Scratch Meeting &amp; Coaches Hospitality (Mat Room)</w:t>
      </w:r>
    </w:p>
    <w:p w14:paraId="5F4E1952" w14:textId="77777777" w:rsidR="001D6A3B" w:rsidRDefault="00E62372">
      <w:r>
        <w:t>8:30 AM – Field Events Begin</w:t>
      </w:r>
    </w:p>
    <w:p w14:paraId="522E3A80" w14:textId="77777777" w:rsidR="001D6A3B" w:rsidRDefault="00E62372" w:rsidP="007C2C8C">
      <w:pPr>
        <w:spacing w:after="0"/>
      </w:pPr>
      <w:r>
        <w:t>• Discus – Freshman Girls, Open Girls, Varsity Girls (Andress)</w:t>
      </w:r>
    </w:p>
    <w:p w14:paraId="528726ED" w14:textId="77777777" w:rsidR="001D6A3B" w:rsidRDefault="00E62372" w:rsidP="007C2C8C">
      <w:pPr>
        <w:spacing w:after="0"/>
      </w:pPr>
      <w:r>
        <w:t>• Shot Put – Freshman Boys, Open Boys, Varsity Boys (Chapin)</w:t>
      </w:r>
    </w:p>
    <w:p w14:paraId="25ED378D" w14:textId="77777777" w:rsidR="001D6A3B" w:rsidRDefault="00E62372" w:rsidP="007C2C8C">
      <w:pPr>
        <w:spacing w:after="0"/>
      </w:pPr>
      <w:r>
        <w:t>• Long Jump (Pit #1) – Varsity Boys, Open Boys, Freshman Boys (Eastlake)</w:t>
      </w:r>
    </w:p>
    <w:p w14:paraId="1878F3D1" w14:textId="77777777" w:rsidR="001D6A3B" w:rsidRDefault="00E62372" w:rsidP="007C2C8C">
      <w:pPr>
        <w:spacing w:after="0"/>
      </w:pPr>
      <w:r>
        <w:t>• Triple Jump (Pit #2) – Varsity Girls, Open Girls, Freshman Girls (Pebble Hills)</w:t>
      </w:r>
    </w:p>
    <w:p w14:paraId="732E595C" w14:textId="77777777" w:rsidR="001D6A3B" w:rsidRDefault="00E62372" w:rsidP="007C2C8C">
      <w:pPr>
        <w:spacing w:after="0"/>
      </w:pPr>
      <w:r>
        <w:t>• High Jump (Girls) – Freshman (4'0"), Varsity (4'4"), Open (4'6") (Burges)</w:t>
      </w:r>
    </w:p>
    <w:p w14:paraId="542726B7" w14:textId="77777777" w:rsidR="001D6A3B" w:rsidRDefault="00E62372" w:rsidP="007C2C8C">
      <w:pPr>
        <w:spacing w:after="0"/>
      </w:pPr>
      <w:r>
        <w:t>• Pole Vault (Boys) – Freshman (7'0"), Varsity (8'0"), Open (8'6") (El Dorado)</w:t>
      </w:r>
    </w:p>
    <w:p w14:paraId="7D0523E7" w14:textId="77777777" w:rsidR="001D6A3B" w:rsidRPr="007C2C8C" w:rsidRDefault="00E62372">
      <w:pPr>
        <w:rPr>
          <w:color w:val="7030A0"/>
          <w:sz w:val="32"/>
          <w:szCs w:val="32"/>
        </w:rPr>
      </w:pPr>
      <w:r w:rsidRPr="007C2C8C">
        <w:rPr>
          <w:color w:val="7030A0"/>
          <w:sz w:val="32"/>
          <w:szCs w:val="32"/>
        </w:rPr>
        <w:t>9:30 AM – Senior Recognition Ceremony</w:t>
      </w:r>
    </w:p>
    <w:p w14:paraId="493F4490" w14:textId="77777777" w:rsidR="001D6A3B" w:rsidRPr="007C2C8C" w:rsidRDefault="00E62372">
      <w:pPr>
        <w:rPr>
          <w:color w:val="7030A0"/>
          <w:sz w:val="32"/>
          <w:szCs w:val="32"/>
        </w:rPr>
      </w:pPr>
      <w:r w:rsidRPr="007C2C8C">
        <w:rPr>
          <w:color w:val="7030A0"/>
          <w:sz w:val="32"/>
          <w:szCs w:val="32"/>
        </w:rPr>
        <w:t>10:00 AM – Running Event Finals</w:t>
      </w:r>
    </w:p>
    <w:p w14:paraId="1B361484" w14:textId="77777777" w:rsidR="001D6A3B" w:rsidRDefault="00E62372" w:rsidP="007C2C8C">
      <w:pPr>
        <w:spacing w:after="0"/>
      </w:pPr>
      <w:r>
        <w:t>• 4x100m Relay</w:t>
      </w:r>
    </w:p>
    <w:p w14:paraId="04BDDB62" w14:textId="77777777" w:rsidR="001D6A3B" w:rsidRDefault="00E62372" w:rsidP="007C2C8C">
      <w:pPr>
        <w:spacing w:after="0"/>
      </w:pPr>
      <w:r>
        <w:t>• 800m Run</w:t>
      </w:r>
    </w:p>
    <w:p w14:paraId="0295E066" w14:textId="77777777" w:rsidR="001D6A3B" w:rsidRDefault="00E62372" w:rsidP="007C2C8C">
      <w:pPr>
        <w:spacing w:after="0"/>
      </w:pPr>
      <w:r>
        <w:t>• 100m Hurdles</w:t>
      </w:r>
    </w:p>
    <w:p w14:paraId="4ACE5975" w14:textId="77777777" w:rsidR="001D6A3B" w:rsidRDefault="00E62372" w:rsidP="007C2C8C">
      <w:pPr>
        <w:spacing w:after="0"/>
      </w:pPr>
      <w:r>
        <w:t>• 110m Hurdles</w:t>
      </w:r>
    </w:p>
    <w:p w14:paraId="694AC461" w14:textId="77777777" w:rsidR="001D6A3B" w:rsidRDefault="00E62372" w:rsidP="007C2C8C">
      <w:pPr>
        <w:spacing w:after="0"/>
      </w:pPr>
      <w:r>
        <w:t>• 100m Dash</w:t>
      </w:r>
    </w:p>
    <w:p w14:paraId="745CBD23" w14:textId="77777777" w:rsidR="001D6A3B" w:rsidRDefault="00E62372" w:rsidP="007C2C8C">
      <w:pPr>
        <w:spacing w:after="0"/>
      </w:pPr>
      <w:r>
        <w:t>• 4x200m Relay</w:t>
      </w:r>
    </w:p>
    <w:p w14:paraId="24D0EA3E" w14:textId="77777777" w:rsidR="001D6A3B" w:rsidRDefault="00E62372" w:rsidP="007C2C8C">
      <w:pPr>
        <w:spacing w:after="0"/>
      </w:pPr>
      <w:r>
        <w:t>• 400m Dash</w:t>
      </w:r>
    </w:p>
    <w:p w14:paraId="7DB71008" w14:textId="77777777" w:rsidR="001D6A3B" w:rsidRDefault="00E62372" w:rsidP="007C2C8C">
      <w:pPr>
        <w:spacing w:after="0"/>
      </w:pPr>
      <w:r>
        <w:t>• 300m Hurdles</w:t>
      </w:r>
    </w:p>
    <w:p w14:paraId="72EEF5FE" w14:textId="77777777" w:rsidR="001D6A3B" w:rsidRDefault="00E62372" w:rsidP="007C2C8C">
      <w:pPr>
        <w:spacing w:after="0"/>
      </w:pPr>
      <w:r>
        <w:t>• 200m Dash</w:t>
      </w:r>
    </w:p>
    <w:p w14:paraId="048B4712" w14:textId="2FEEC83D" w:rsidR="001D6A3B" w:rsidRDefault="00E62372" w:rsidP="007C2C8C">
      <w:pPr>
        <w:spacing w:after="0"/>
      </w:pPr>
      <w:r>
        <w:t>• 1600m Run</w:t>
      </w:r>
    </w:p>
    <w:p w14:paraId="6E323788" w14:textId="77777777" w:rsidR="001D6A3B" w:rsidRDefault="00E62372" w:rsidP="007C2C8C">
      <w:pPr>
        <w:spacing w:after="0"/>
      </w:pPr>
      <w:r>
        <w:t>• 4x400m Relay</w:t>
      </w:r>
    </w:p>
    <w:p w14:paraId="17894CE0" w14:textId="77777777" w:rsidR="001D6A3B" w:rsidRPr="007C2C8C" w:rsidRDefault="00E62372">
      <w:pPr>
        <w:pStyle w:val="Heading2"/>
        <w:rPr>
          <w:color w:val="7030A0"/>
        </w:rPr>
      </w:pPr>
      <w:r w:rsidRPr="007C2C8C">
        <w:rPr>
          <w:color w:val="7030A0"/>
        </w:rPr>
        <w:t>Meet Officials &amp; Assignments</w:t>
      </w:r>
    </w:p>
    <w:p w14:paraId="0956F995" w14:textId="77777777" w:rsidR="001D6A3B" w:rsidRDefault="00E62372" w:rsidP="007C2C8C">
      <w:pPr>
        <w:spacing w:after="0"/>
      </w:pPr>
      <w:r>
        <w:t>• Exchange Zone 1 &amp; 800m – Burges</w:t>
      </w:r>
    </w:p>
    <w:p w14:paraId="68B17230" w14:textId="77777777" w:rsidR="001D6A3B" w:rsidRDefault="00E62372" w:rsidP="007C2C8C">
      <w:pPr>
        <w:spacing w:after="0"/>
      </w:pPr>
      <w:r>
        <w:t>• Exchange Zone 2 – Jefferson</w:t>
      </w:r>
    </w:p>
    <w:p w14:paraId="7A7689F4" w14:textId="77777777" w:rsidR="001D6A3B" w:rsidRDefault="00E62372" w:rsidP="007C2C8C">
      <w:pPr>
        <w:spacing w:after="0"/>
      </w:pPr>
      <w:r>
        <w:t>• Exchange Zone 3 – Americas</w:t>
      </w:r>
    </w:p>
    <w:p w14:paraId="26667088" w14:textId="7E0D02BA" w:rsidR="007C2C8C" w:rsidRPr="007C2C8C" w:rsidRDefault="007C2C8C" w:rsidP="007C2C8C">
      <w:pPr>
        <w:pStyle w:val="NormalWeb"/>
        <w:rPr>
          <w:rFonts w:asciiTheme="majorHAnsi" w:hAnsiTheme="majorHAnsi" w:cstheme="majorHAnsi"/>
          <w:color w:val="7030A0"/>
        </w:rPr>
      </w:pPr>
      <w:r w:rsidRPr="007C2C8C">
        <w:rPr>
          <w:rFonts w:asciiTheme="majorHAnsi" w:hAnsiTheme="majorHAnsi" w:cstheme="majorHAnsi"/>
          <w:b/>
          <w:bCs/>
          <w:color w:val="7030A0"/>
        </w:rPr>
        <w:t xml:space="preserve">Volunteers Working: </w:t>
      </w:r>
    </w:p>
    <w:p w14:paraId="309752C6" w14:textId="15086AB2" w:rsidR="001D6A3B" w:rsidRDefault="00E62372" w:rsidP="007C2C8C">
      <w:pPr>
        <w:spacing w:after="0" w:line="240" w:lineRule="auto"/>
      </w:pPr>
      <w:r>
        <w:t>M</w:t>
      </w:r>
      <w:r>
        <w:t xml:space="preserve">eet Referee – </w:t>
      </w:r>
      <w:r w:rsidR="00BC0961">
        <w:t>Games Committee (Head Coaches)</w:t>
      </w:r>
    </w:p>
    <w:p w14:paraId="384F3672" w14:textId="0F6314B3" w:rsidR="001D6A3B" w:rsidRDefault="00E62372" w:rsidP="007C2C8C">
      <w:pPr>
        <w:spacing w:after="0" w:line="240" w:lineRule="auto"/>
      </w:pPr>
      <w:r>
        <w:t xml:space="preserve">Announcer – </w:t>
      </w:r>
      <w:r w:rsidR="00643C20">
        <w:t>Matt Reyes</w:t>
      </w:r>
      <w:r w:rsidR="00A92813">
        <w:t>/Martin Moncada</w:t>
      </w:r>
    </w:p>
    <w:p w14:paraId="51E875F3" w14:textId="77777777" w:rsidR="001D6A3B" w:rsidRDefault="00E62372" w:rsidP="007C2C8C">
      <w:pPr>
        <w:spacing w:after="0" w:line="240" w:lineRule="auto"/>
      </w:pPr>
      <w:r>
        <w:t>FAT Timing &amp; Scoring – EPISD</w:t>
      </w:r>
    </w:p>
    <w:p w14:paraId="5E01D081" w14:textId="77777777" w:rsidR="001D6A3B" w:rsidRDefault="00E62372" w:rsidP="007C2C8C">
      <w:pPr>
        <w:spacing w:after="0" w:line="240" w:lineRule="auto"/>
      </w:pPr>
      <w:r>
        <w:t>Clerk of the Course – Eliodoro “Lolo” Mercado</w:t>
      </w:r>
    </w:p>
    <w:p w14:paraId="06A8CDEB" w14:textId="77777777" w:rsidR="001D6A3B" w:rsidRDefault="00E62372" w:rsidP="007C2C8C">
      <w:pPr>
        <w:spacing w:after="0" w:line="240" w:lineRule="auto"/>
      </w:pPr>
      <w:r>
        <w:t>Starter – Albert Ulmer</w:t>
      </w:r>
    </w:p>
    <w:p w14:paraId="14F056D0" w14:textId="77777777" w:rsidR="001D6A3B" w:rsidRDefault="00E62372" w:rsidP="007C2C8C">
      <w:pPr>
        <w:spacing w:after="0" w:line="240" w:lineRule="auto"/>
      </w:pPr>
      <w:r>
        <w:t>Assistant Starter – Ray Bowers</w:t>
      </w:r>
    </w:p>
    <w:p w14:paraId="633F2401" w14:textId="77777777" w:rsidR="001D6A3B" w:rsidRDefault="00E62372" w:rsidP="007C2C8C">
      <w:pPr>
        <w:spacing w:after="0" w:line="240" w:lineRule="auto"/>
      </w:pPr>
      <w:r>
        <w:t>Head Finish Clerk – JT</w:t>
      </w:r>
    </w:p>
    <w:p w14:paraId="08552E48" w14:textId="77777777" w:rsidR="001D6A3B" w:rsidRDefault="00E62372" w:rsidP="007C2C8C">
      <w:pPr>
        <w:spacing w:after="0" w:line="240" w:lineRule="auto"/>
      </w:pPr>
      <w:r>
        <w:t>Hurdle Setters – Franklin JROTC</w:t>
      </w:r>
    </w:p>
    <w:p w14:paraId="46DD338F" w14:textId="77777777" w:rsidR="001D6A3B" w:rsidRDefault="00E62372" w:rsidP="007C2C8C">
      <w:pPr>
        <w:spacing w:after="0" w:line="240" w:lineRule="auto"/>
      </w:pPr>
      <w:r>
        <w:t>Hospitality – Ella Baird</w:t>
      </w:r>
    </w:p>
    <w:p w14:paraId="2F0FBFA7" w14:textId="77777777" w:rsidR="001D6A3B" w:rsidRDefault="00E62372" w:rsidP="007C2C8C">
      <w:pPr>
        <w:spacing w:after="0" w:line="240" w:lineRule="auto"/>
      </w:pPr>
      <w:r>
        <w:t>Awards – Track Managers</w:t>
      </w:r>
    </w:p>
    <w:p w14:paraId="0A38472F" w14:textId="77777777" w:rsidR="001D6A3B" w:rsidRDefault="00E62372" w:rsidP="007C2C8C">
      <w:pPr>
        <w:spacing w:after="0" w:line="240" w:lineRule="auto"/>
      </w:pPr>
      <w:r>
        <w:t>Concessions – Food Truck</w:t>
      </w:r>
    </w:p>
    <w:p w14:paraId="2C0F7D90" w14:textId="77777777" w:rsidR="001D6A3B" w:rsidRPr="007C2C8C" w:rsidRDefault="00E62372">
      <w:pPr>
        <w:pStyle w:val="Heading2"/>
        <w:rPr>
          <w:color w:val="7030A0"/>
        </w:rPr>
      </w:pPr>
      <w:r w:rsidRPr="007C2C8C">
        <w:rPr>
          <w:color w:val="7030A0"/>
        </w:rPr>
        <w:t>Additional Information</w:t>
      </w:r>
    </w:p>
    <w:p w14:paraId="6950CC96" w14:textId="77777777" w:rsidR="001D6A3B" w:rsidRDefault="00E62372">
      <w:r>
        <w:t>A hospitality room will be available for all coaches in the Mat Room. Please help us keep athletes out of this area.</w:t>
      </w:r>
    </w:p>
    <w:p w14:paraId="5BC57713" w14:textId="77777777" w:rsidR="001D6A3B" w:rsidRDefault="00E62372">
      <w:r>
        <w:t>For questions, please contact: Coach Brooks – 915-204-4315</w:t>
      </w:r>
    </w:p>
    <w:p w14:paraId="4175F2E9" w14:textId="77777777" w:rsidR="001D6A3B" w:rsidRDefault="00E62372">
      <w:r>
        <w:br/>
        <w:t>Sincerely,</w:t>
      </w:r>
      <w:r>
        <w:br/>
        <w:t>Coach Brooks &amp; Coach Ulmer</w:t>
      </w:r>
    </w:p>
    <w:sectPr w:rsidR="001D6A3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1D714D"/>
    <w:multiLevelType w:val="multilevel"/>
    <w:tmpl w:val="D910C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9708172">
    <w:abstractNumId w:val="8"/>
  </w:num>
  <w:num w:numId="2" w16cid:durableId="137844425">
    <w:abstractNumId w:val="6"/>
  </w:num>
  <w:num w:numId="3" w16cid:durableId="632977902">
    <w:abstractNumId w:val="5"/>
  </w:num>
  <w:num w:numId="4" w16cid:durableId="1041133919">
    <w:abstractNumId w:val="4"/>
  </w:num>
  <w:num w:numId="5" w16cid:durableId="784620968">
    <w:abstractNumId w:val="7"/>
  </w:num>
  <w:num w:numId="6" w16cid:durableId="593589948">
    <w:abstractNumId w:val="3"/>
  </w:num>
  <w:num w:numId="7" w16cid:durableId="106700279">
    <w:abstractNumId w:val="2"/>
  </w:num>
  <w:num w:numId="8" w16cid:durableId="713193628">
    <w:abstractNumId w:val="1"/>
  </w:num>
  <w:num w:numId="9" w16cid:durableId="1369139661">
    <w:abstractNumId w:val="0"/>
  </w:num>
  <w:num w:numId="10" w16cid:durableId="11586160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D6A3B"/>
    <w:rsid w:val="0029639D"/>
    <w:rsid w:val="00326F90"/>
    <w:rsid w:val="00391AFC"/>
    <w:rsid w:val="005E434B"/>
    <w:rsid w:val="00643C20"/>
    <w:rsid w:val="007C2C8C"/>
    <w:rsid w:val="009A54FB"/>
    <w:rsid w:val="00A92813"/>
    <w:rsid w:val="00AA1D8D"/>
    <w:rsid w:val="00B408BE"/>
    <w:rsid w:val="00B47730"/>
    <w:rsid w:val="00BC0961"/>
    <w:rsid w:val="00C5144B"/>
    <w:rsid w:val="00CB0664"/>
    <w:rsid w:val="00DF2B3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CE547"/>
  <w14:defaultImageDpi w14:val="300"/>
  <w15:docId w15:val="{A3FF3FF7-14A1-B042-829A-F990554E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7C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512</Words>
  <Characters>2481</Characters>
  <Application>Microsoft Office Word</Application>
  <DocSecurity>0</DocSecurity>
  <Lines>47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Albert Ulmer</cp:lastModifiedBy>
  <cp:revision>11</cp:revision>
  <cp:lastPrinted>2026-02-11T02:18:00Z</cp:lastPrinted>
  <dcterms:created xsi:type="dcterms:W3CDTF">2013-12-23T23:15:00Z</dcterms:created>
  <dcterms:modified xsi:type="dcterms:W3CDTF">2026-02-11T03:49:00Z</dcterms:modified>
  <cp:category/>
</cp:coreProperties>
</file>