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E691" w14:textId="77777777" w:rsidR="007028FB" w:rsidRPr="00481203" w:rsidRDefault="00000000">
      <w:pPr>
        <w:spacing w:after="20"/>
        <w:jc w:val="center"/>
        <w:rPr>
          <w:sz w:val="40"/>
          <w:szCs w:val="40"/>
        </w:rPr>
      </w:pPr>
      <w:r w:rsidRPr="00481203">
        <w:rPr>
          <w:rFonts w:ascii="Arial Black" w:hAnsi="Arial Black"/>
          <w:b/>
          <w:color w:val="B5121B"/>
          <w:sz w:val="40"/>
          <w:szCs w:val="40"/>
        </w:rPr>
        <w:t>MW</w:t>
      </w:r>
    </w:p>
    <w:p w14:paraId="424F292F" w14:textId="7276FC94" w:rsidR="007028FB" w:rsidRPr="00481203" w:rsidRDefault="00000000">
      <w:pPr>
        <w:spacing w:after="40"/>
        <w:jc w:val="center"/>
        <w:rPr>
          <w:sz w:val="40"/>
          <w:szCs w:val="40"/>
        </w:rPr>
      </w:pPr>
      <w:r w:rsidRPr="00481203">
        <w:rPr>
          <w:rFonts w:ascii="Aptos Display" w:hAnsi="Aptos Display"/>
          <w:b/>
          <w:sz w:val="40"/>
          <w:szCs w:val="40"/>
        </w:rPr>
        <w:t xml:space="preserve">LONE STAR </w:t>
      </w:r>
      <w:r w:rsidR="00481203">
        <w:rPr>
          <w:rFonts w:ascii="Aptos Display" w:hAnsi="Aptos Display"/>
          <w:b/>
          <w:sz w:val="40"/>
          <w:szCs w:val="40"/>
        </w:rPr>
        <w:t xml:space="preserve">8 </w:t>
      </w:r>
      <w:r w:rsidRPr="00481203">
        <w:rPr>
          <w:rFonts w:ascii="Aptos Display" w:hAnsi="Aptos Display"/>
          <w:b/>
          <w:sz w:val="40"/>
          <w:szCs w:val="40"/>
        </w:rPr>
        <w:t>DISTRICT CROSS COUNTRY MEET</w:t>
      </w:r>
    </w:p>
    <w:p w14:paraId="71EBC81D" w14:textId="77777777" w:rsidR="007028FB" w:rsidRPr="00481203" w:rsidRDefault="00000000">
      <w:pPr>
        <w:spacing w:after="160"/>
        <w:jc w:val="center"/>
        <w:rPr>
          <w:sz w:val="40"/>
          <w:szCs w:val="40"/>
        </w:rPr>
      </w:pPr>
      <w:r w:rsidRPr="00481203">
        <w:rPr>
          <w:rFonts w:ascii="Aptos" w:hAnsi="Aptos"/>
          <w:b/>
          <w:color w:val="B5121B"/>
          <w:sz w:val="40"/>
          <w:szCs w:val="40"/>
        </w:rPr>
        <w:t>MINERAL WELLS RAMS CROSS COUNTRY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6"/>
      </w:tblGrid>
      <w:tr w:rsidR="007028FB" w14:paraId="3D03EA60" w14:textId="77777777">
        <w:tc>
          <w:tcPr>
            <w:tcW w:w="10656" w:type="dxa"/>
            <w:shd w:val="clear" w:color="auto" w:fill="B5121B"/>
          </w:tcPr>
          <w:p w14:paraId="7D68EAC8" w14:textId="77777777" w:rsidR="007028FB" w:rsidRDefault="007028FB"/>
        </w:tc>
      </w:tr>
    </w:tbl>
    <w:p w14:paraId="5A43381E" w14:textId="77777777" w:rsidR="007028FB" w:rsidRPr="00481203" w:rsidRDefault="007028FB">
      <w:pPr>
        <w:spacing w:after="0"/>
        <w:rPr>
          <w:sz w:val="28"/>
          <w:szCs w:val="28"/>
        </w:rPr>
      </w:pPr>
    </w:p>
    <w:p w14:paraId="5FCCCF88" w14:textId="77777777" w:rsidR="007028FB" w:rsidRPr="00481203" w:rsidRDefault="00000000">
      <w:pPr>
        <w:rPr>
          <w:sz w:val="28"/>
          <w:szCs w:val="28"/>
        </w:rPr>
      </w:pPr>
      <w:r w:rsidRPr="00481203">
        <w:rPr>
          <w:rFonts w:ascii="Aptos" w:hAnsi="Aptos"/>
          <w:b/>
          <w:sz w:val="28"/>
          <w:szCs w:val="28"/>
        </w:rPr>
        <w:t>Coaches,</w:t>
      </w:r>
    </w:p>
    <w:p w14:paraId="4F427F2E" w14:textId="67F4954F" w:rsidR="007028FB" w:rsidRPr="00481203" w:rsidRDefault="00000000">
      <w:pPr>
        <w:rPr>
          <w:sz w:val="28"/>
          <w:szCs w:val="28"/>
        </w:rPr>
      </w:pPr>
      <w:r w:rsidRPr="00481203">
        <w:rPr>
          <w:rFonts w:ascii="Aptos" w:hAnsi="Aptos"/>
          <w:sz w:val="28"/>
          <w:szCs w:val="28"/>
        </w:rPr>
        <w:t xml:space="preserve">We would like to invite you and your runners to the Lone Star </w:t>
      </w:r>
      <w:r w:rsidR="00481203" w:rsidRPr="00481203">
        <w:rPr>
          <w:rFonts w:ascii="Aptos" w:hAnsi="Aptos"/>
          <w:sz w:val="28"/>
          <w:szCs w:val="28"/>
        </w:rPr>
        <w:t xml:space="preserve">8 </w:t>
      </w:r>
      <w:r w:rsidRPr="00481203">
        <w:rPr>
          <w:rFonts w:ascii="Aptos" w:hAnsi="Aptos"/>
          <w:sz w:val="28"/>
          <w:szCs w:val="28"/>
        </w:rPr>
        <w:t>District Cross Country Meet. The meet will be held at Mineral Wells High School.</w:t>
      </w:r>
    </w:p>
    <w:p w14:paraId="4515DB55" w14:textId="11BEB271" w:rsidR="007028FB" w:rsidRPr="00481203" w:rsidRDefault="00000000">
      <w:pPr>
        <w:spacing w:after="60"/>
        <w:rPr>
          <w:sz w:val="28"/>
          <w:szCs w:val="28"/>
        </w:rPr>
      </w:pPr>
      <w:r w:rsidRPr="00481203">
        <w:rPr>
          <w:rFonts w:ascii="Aptos" w:hAnsi="Aptos"/>
          <w:b/>
          <w:color w:val="B5121B"/>
          <w:sz w:val="28"/>
          <w:szCs w:val="28"/>
        </w:rPr>
        <w:t xml:space="preserve">DATE: </w:t>
      </w:r>
      <w:r w:rsidR="00481203">
        <w:rPr>
          <w:rFonts w:ascii="Aptos" w:hAnsi="Aptos"/>
          <w:sz w:val="28"/>
          <w:szCs w:val="28"/>
        </w:rPr>
        <w:t>September 30</w:t>
      </w:r>
      <w:r w:rsidRPr="00481203">
        <w:rPr>
          <w:rFonts w:ascii="Aptos" w:hAnsi="Aptos"/>
          <w:sz w:val="28"/>
          <w:szCs w:val="28"/>
        </w:rPr>
        <w:t>, 202</w:t>
      </w:r>
      <w:r w:rsidR="00481203">
        <w:rPr>
          <w:rFonts w:ascii="Aptos" w:hAnsi="Aptos"/>
          <w:sz w:val="28"/>
          <w:szCs w:val="28"/>
        </w:rPr>
        <w:t>6</w:t>
      </w:r>
    </w:p>
    <w:p w14:paraId="1FC29966" w14:textId="77777777" w:rsidR="00F94547" w:rsidRDefault="00F94547">
      <w:pPr>
        <w:spacing w:after="60"/>
        <w:rPr>
          <w:rFonts w:ascii="Aptos" w:hAnsi="Aptos"/>
          <w:b/>
          <w:color w:val="B5121B"/>
          <w:sz w:val="28"/>
          <w:szCs w:val="28"/>
        </w:rPr>
      </w:pPr>
    </w:p>
    <w:p w14:paraId="728C1AA0" w14:textId="1995B80D" w:rsidR="007028FB" w:rsidRPr="00481203" w:rsidRDefault="00000000">
      <w:pPr>
        <w:spacing w:after="60"/>
        <w:rPr>
          <w:sz w:val="28"/>
          <w:szCs w:val="28"/>
        </w:rPr>
      </w:pPr>
      <w:r w:rsidRPr="00481203">
        <w:rPr>
          <w:rFonts w:ascii="Aptos" w:hAnsi="Aptos"/>
          <w:b/>
          <w:color w:val="B5121B"/>
          <w:sz w:val="28"/>
          <w:szCs w:val="28"/>
        </w:rPr>
        <w:t xml:space="preserve">LOCATION: </w:t>
      </w:r>
      <w:r w:rsidRPr="00481203">
        <w:rPr>
          <w:rFonts w:ascii="Aptos" w:hAnsi="Aptos"/>
          <w:sz w:val="28"/>
          <w:szCs w:val="28"/>
        </w:rPr>
        <w:t>Mineral Wells High School, 3801 Ram Blvd, Mineral Wells, TX 76067</w:t>
      </w:r>
    </w:p>
    <w:p w14:paraId="619A703A" w14:textId="77777777" w:rsidR="00F94547" w:rsidRDefault="00F94547">
      <w:pPr>
        <w:spacing w:after="60"/>
        <w:rPr>
          <w:rFonts w:ascii="Aptos" w:hAnsi="Aptos"/>
          <w:b/>
          <w:color w:val="B5121B"/>
          <w:sz w:val="28"/>
          <w:szCs w:val="28"/>
        </w:rPr>
      </w:pPr>
    </w:p>
    <w:p w14:paraId="03E668A9" w14:textId="0783AD42" w:rsidR="007028FB" w:rsidRPr="00481203" w:rsidRDefault="00000000">
      <w:pPr>
        <w:spacing w:after="60"/>
        <w:rPr>
          <w:sz w:val="28"/>
          <w:szCs w:val="28"/>
        </w:rPr>
      </w:pPr>
      <w:r w:rsidRPr="00481203">
        <w:rPr>
          <w:rFonts w:ascii="Aptos" w:hAnsi="Aptos"/>
          <w:b/>
          <w:color w:val="B5121B"/>
          <w:sz w:val="28"/>
          <w:szCs w:val="28"/>
        </w:rPr>
        <w:t xml:space="preserve">REGISTRATION: </w:t>
      </w:r>
      <w:r w:rsidRPr="00481203">
        <w:rPr>
          <w:rFonts w:ascii="Aptos" w:hAnsi="Aptos"/>
          <w:sz w:val="28"/>
          <w:szCs w:val="28"/>
        </w:rPr>
        <w:t xml:space="preserve">Entries must be completed on </w:t>
      </w:r>
      <w:r w:rsidRPr="00481203">
        <w:rPr>
          <w:rFonts w:ascii="Aptos" w:hAnsi="Aptos"/>
          <w:b/>
          <w:bCs/>
          <w:sz w:val="40"/>
          <w:szCs w:val="40"/>
        </w:rPr>
        <w:t>tx.milesplit.com</w:t>
      </w:r>
      <w:r w:rsidRPr="00481203">
        <w:rPr>
          <w:rFonts w:ascii="Aptos" w:hAnsi="Aptos"/>
          <w:sz w:val="28"/>
          <w:szCs w:val="28"/>
        </w:rPr>
        <w:t xml:space="preserve"> no later than </w:t>
      </w:r>
      <w:r w:rsidR="00481203">
        <w:rPr>
          <w:rFonts w:ascii="Aptos" w:hAnsi="Aptos"/>
          <w:sz w:val="28"/>
          <w:szCs w:val="28"/>
        </w:rPr>
        <w:t>Friday</w:t>
      </w:r>
      <w:r w:rsidRPr="00481203">
        <w:rPr>
          <w:rFonts w:ascii="Aptos" w:hAnsi="Aptos"/>
          <w:sz w:val="28"/>
          <w:szCs w:val="28"/>
        </w:rPr>
        <w:t>, September 2</w:t>
      </w:r>
      <w:r w:rsidR="00481203">
        <w:rPr>
          <w:rFonts w:ascii="Aptos" w:hAnsi="Aptos"/>
          <w:sz w:val="28"/>
          <w:szCs w:val="28"/>
        </w:rPr>
        <w:t>5</w:t>
      </w:r>
      <w:r w:rsidRPr="00481203">
        <w:rPr>
          <w:rFonts w:ascii="Aptos" w:hAnsi="Aptos"/>
          <w:sz w:val="28"/>
          <w:szCs w:val="28"/>
        </w:rPr>
        <w:t xml:space="preserve"> at 2:00 p.m.</w:t>
      </w:r>
    </w:p>
    <w:p w14:paraId="5CD53E47" w14:textId="77777777" w:rsidR="00F94547" w:rsidRDefault="00F94547">
      <w:pPr>
        <w:spacing w:after="60"/>
        <w:rPr>
          <w:rFonts w:ascii="Aptos" w:hAnsi="Aptos"/>
          <w:b/>
          <w:color w:val="B5121B"/>
          <w:sz w:val="28"/>
          <w:szCs w:val="28"/>
        </w:rPr>
      </w:pPr>
    </w:p>
    <w:p w14:paraId="3949CAAD" w14:textId="32FA427B" w:rsidR="007028FB" w:rsidRDefault="00000000">
      <w:pPr>
        <w:spacing w:after="60"/>
        <w:rPr>
          <w:rFonts w:ascii="Aptos" w:hAnsi="Aptos"/>
          <w:sz w:val="28"/>
          <w:szCs w:val="28"/>
        </w:rPr>
      </w:pPr>
      <w:r w:rsidRPr="00481203">
        <w:rPr>
          <w:rFonts w:ascii="Aptos" w:hAnsi="Aptos"/>
          <w:b/>
          <w:color w:val="B5121B"/>
          <w:sz w:val="28"/>
          <w:szCs w:val="28"/>
        </w:rPr>
        <w:t xml:space="preserve">PACKET PICKUP: </w:t>
      </w:r>
      <w:r w:rsidRPr="00481203">
        <w:rPr>
          <w:rFonts w:ascii="Aptos" w:hAnsi="Aptos"/>
          <w:sz w:val="28"/>
          <w:szCs w:val="28"/>
        </w:rPr>
        <w:t>At the track — 3:45–4:45 p.m.</w:t>
      </w:r>
    </w:p>
    <w:p w14:paraId="1D2A311C" w14:textId="20B8A3F4" w:rsidR="00AD5153" w:rsidRPr="00D568B3" w:rsidRDefault="00AD5153">
      <w:pPr>
        <w:spacing w:after="60"/>
        <w:rPr>
          <w:rFonts w:ascii="Aptos" w:hAnsi="Aptos"/>
          <w:b/>
          <w:bCs/>
          <w:sz w:val="28"/>
          <w:szCs w:val="28"/>
        </w:rPr>
      </w:pPr>
      <w:r w:rsidRPr="00D568B3">
        <w:rPr>
          <w:rFonts w:ascii="Aptos" w:hAnsi="Aptos"/>
          <w:b/>
          <w:bCs/>
          <w:sz w:val="28"/>
          <w:szCs w:val="28"/>
        </w:rPr>
        <w:t>**</w:t>
      </w:r>
      <w:r w:rsidR="00D568B3" w:rsidRPr="00D568B3">
        <w:rPr>
          <w:rFonts w:ascii="Aptos" w:hAnsi="Aptos"/>
          <w:b/>
          <w:bCs/>
          <w:sz w:val="28"/>
          <w:szCs w:val="28"/>
        </w:rPr>
        <w:t>If</w:t>
      </w:r>
      <w:r w:rsidRPr="00D568B3">
        <w:rPr>
          <w:rFonts w:ascii="Aptos" w:hAnsi="Aptos"/>
          <w:b/>
          <w:bCs/>
          <w:sz w:val="28"/>
          <w:szCs w:val="28"/>
        </w:rPr>
        <w:t xml:space="preserve"> we still have school </w:t>
      </w:r>
      <w:r w:rsidR="00D568B3" w:rsidRPr="00D568B3">
        <w:rPr>
          <w:rFonts w:ascii="Aptos" w:hAnsi="Aptos"/>
          <w:b/>
          <w:bCs/>
          <w:sz w:val="28"/>
          <w:szCs w:val="28"/>
        </w:rPr>
        <w:t>traffic,</w:t>
      </w:r>
      <w:r w:rsidRPr="00D568B3">
        <w:rPr>
          <w:rFonts w:ascii="Aptos" w:hAnsi="Aptos"/>
          <w:b/>
          <w:bCs/>
          <w:sz w:val="28"/>
          <w:szCs w:val="28"/>
        </w:rPr>
        <w:t xml:space="preserve"> we may have to adjust </w:t>
      </w:r>
      <w:r w:rsidR="00D568B3" w:rsidRPr="00D568B3">
        <w:rPr>
          <w:rFonts w:ascii="Aptos" w:hAnsi="Aptos"/>
          <w:b/>
          <w:bCs/>
          <w:sz w:val="28"/>
          <w:szCs w:val="28"/>
        </w:rPr>
        <w:t>first race start time</w:t>
      </w:r>
      <w:r w:rsidRPr="00D568B3">
        <w:rPr>
          <w:rFonts w:ascii="Aptos" w:hAnsi="Aptos"/>
          <w:b/>
          <w:bCs/>
          <w:sz w:val="28"/>
          <w:szCs w:val="28"/>
        </w:rPr>
        <w:t xml:space="preserve">. </w:t>
      </w:r>
    </w:p>
    <w:p w14:paraId="633AD670" w14:textId="77777777" w:rsidR="00481203" w:rsidRPr="00481203" w:rsidRDefault="00481203">
      <w:pPr>
        <w:spacing w:after="60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3"/>
        <w:gridCol w:w="5323"/>
      </w:tblGrid>
      <w:tr w:rsidR="007028FB" w:rsidRPr="00481203" w14:paraId="5B57F299" w14:textId="77777777">
        <w:trPr>
          <w:jc w:val="center"/>
        </w:trPr>
        <w:tc>
          <w:tcPr>
            <w:tcW w:w="5328" w:type="dxa"/>
            <w:shd w:val="clear" w:color="auto" w:fill="111111"/>
            <w:vAlign w:val="center"/>
          </w:tcPr>
          <w:p w14:paraId="5EF119ED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b/>
                <w:color w:val="FFFFFF"/>
                <w:sz w:val="28"/>
                <w:szCs w:val="28"/>
              </w:rPr>
              <w:t>Division</w:t>
            </w:r>
          </w:p>
        </w:tc>
        <w:tc>
          <w:tcPr>
            <w:tcW w:w="5328" w:type="dxa"/>
            <w:shd w:val="clear" w:color="auto" w:fill="111111"/>
            <w:vAlign w:val="center"/>
          </w:tcPr>
          <w:p w14:paraId="627C7316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b/>
                <w:color w:val="FFFFFF"/>
                <w:sz w:val="28"/>
                <w:szCs w:val="28"/>
              </w:rPr>
              <w:t>Start Time</w:t>
            </w:r>
          </w:p>
        </w:tc>
      </w:tr>
      <w:tr w:rsidR="007028FB" w:rsidRPr="00481203" w14:paraId="7D6E635F" w14:textId="77777777">
        <w:trPr>
          <w:jc w:val="center"/>
        </w:trPr>
        <w:tc>
          <w:tcPr>
            <w:tcW w:w="5328" w:type="dxa"/>
            <w:vAlign w:val="center"/>
          </w:tcPr>
          <w:p w14:paraId="5802CF17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b/>
                <w:sz w:val="28"/>
                <w:szCs w:val="28"/>
              </w:rPr>
              <w:t>7th Grade Girls</w:t>
            </w:r>
          </w:p>
        </w:tc>
        <w:tc>
          <w:tcPr>
            <w:tcW w:w="5328" w:type="dxa"/>
            <w:vAlign w:val="center"/>
          </w:tcPr>
          <w:p w14:paraId="7ECF9AB1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sz w:val="28"/>
                <w:szCs w:val="28"/>
              </w:rPr>
              <w:t>5:15 p.m.</w:t>
            </w:r>
          </w:p>
        </w:tc>
      </w:tr>
      <w:tr w:rsidR="007028FB" w:rsidRPr="00481203" w14:paraId="42064EB3" w14:textId="77777777">
        <w:trPr>
          <w:jc w:val="center"/>
        </w:trPr>
        <w:tc>
          <w:tcPr>
            <w:tcW w:w="5328" w:type="dxa"/>
            <w:shd w:val="clear" w:color="auto" w:fill="F2F2F2"/>
            <w:vAlign w:val="center"/>
          </w:tcPr>
          <w:p w14:paraId="0EE72315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sz w:val="28"/>
                <w:szCs w:val="28"/>
              </w:rPr>
              <w:t>7th Grade Boys</w:t>
            </w:r>
          </w:p>
        </w:tc>
        <w:tc>
          <w:tcPr>
            <w:tcW w:w="5328" w:type="dxa"/>
            <w:shd w:val="clear" w:color="auto" w:fill="F2F2F2"/>
            <w:vAlign w:val="center"/>
          </w:tcPr>
          <w:p w14:paraId="5439A1F0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sz w:val="28"/>
                <w:szCs w:val="28"/>
              </w:rPr>
              <w:t>5:45 p.m.</w:t>
            </w:r>
          </w:p>
        </w:tc>
      </w:tr>
      <w:tr w:rsidR="007028FB" w:rsidRPr="00481203" w14:paraId="4EB60B90" w14:textId="77777777">
        <w:trPr>
          <w:jc w:val="center"/>
        </w:trPr>
        <w:tc>
          <w:tcPr>
            <w:tcW w:w="5328" w:type="dxa"/>
            <w:vAlign w:val="center"/>
          </w:tcPr>
          <w:p w14:paraId="0706130E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b/>
                <w:sz w:val="28"/>
                <w:szCs w:val="28"/>
              </w:rPr>
              <w:t>8th Grade Girls</w:t>
            </w:r>
          </w:p>
        </w:tc>
        <w:tc>
          <w:tcPr>
            <w:tcW w:w="5328" w:type="dxa"/>
            <w:vAlign w:val="center"/>
          </w:tcPr>
          <w:p w14:paraId="0F15B464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sz w:val="28"/>
                <w:szCs w:val="28"/>
              </w:rPr>
              <w:t>6:15 p.m.</w:t>
            </w:r>
          </w:p>
        </w:tc>
      </w:tr>
      <w:tr w:rsidR="007028FB" w:rsidRPr="00481203" w14:paraId="2F341852" w14:textId="77777777">
        <w:trPr>
          <w:jc w:val="center"/>
        </w:trPr>
        <w:tc>
          <w:tcPr>
            <w:tcW w:w="5328" w:type="dxa"/>
            <w:shd w:val="clear" w:color="auto" w:fill="F2F2F2"/>
            <w:vAlign w:val="center"/>
          </w:tcPr>
          <w:p w14:paraId="38E665BC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sz w:val="28"/>
                <w:szCs w:val="28"/>
              </w:rPr>
              <w:t>8th Grade Boys</w:t>
            </w:r>
          </w:p>
        </w:tc>
        <w:tc>
          <w:tcPr>
            <w:tcW w:w="5328" w:type="dxa"/>
            <w:shd w:val="clear" w:color="auto" w:fill="F2F2F2"/>
            <w:vAlign w:val="center"/>
          </w:tcPr>
          <w:p w14:paraId="79D9AFA4" w14:textId="77777777" w:rsidR="007028FB" w:rsidRPr="00481203" w:rsidRDefault="00000000">
            <w:pPr>
              <w:rPr>
                <w:sz w:val="28"/>
                <w:szCs w:val="28"/>
              </w:rPr>
            </w:pPr>
            <w:r w:rsidRPr="00481203">
              <w:rPr>
                <w:rFonts w:ascii="Aptos" w:hAnsi="Aptos"/>
                <w:sz w:val="28"/>
                <w:szCs w:val="28"/>
              </w:rPr>
              <w:t>6:45 p.m.</w:t>
            </w:r>
          </w:p>
        </w:tc>
      </w:tr>
    </w:tbl>
    <w:p w14:paraId="07B9C927" w14:textId="77777777" w:rsidR="00481203" w:rsidRDefault="00481203">
      <w:pPr>
        <w:spacing w:after="60"/>
        <w:rPr>
          <w:rFonts w:ascii="Aptos" w:hAnsi="Aptos"/>
          <w:b/>
          <w:color w:val="B5121B"/>
          <w:sz w:val="28"/>
          <w:szCs w:val="28"/>
        </w:rPr>
      </w:pPr>
    </w:p>
    <w:p w14:paraId="7C95D16F" w14:textId="34F074B3" w:rsidR="007028FB" w:rsidRPr="00481203" w:rsidRDefault="00000000">
      <w:pPr>
        <w:spacing w:after="60"/>
        <w:rPr>
          <w:sz w:val="28"/>
          <w:szCs w:val="28"/>
        </w:rPr>
      </w:pPr>
      <w:r w:rsidRPr="00481203">
        <w:rPr>
          <w:rFonts w:ascii="Aptos" w:hAnsi="Aptos"/>
          <w:b/>
          <w:color w:val="B5121B"/>
          <w:sz w:val="28"/>
          <w:szCs w:val="28"/>
        </w:rPr>
        <w:t xml:space="preserve">AWARDS: </w:t>
      </w:r>
      <w:r w:rsidRPr="00481203">
        <w:rPr>
          <w:rFonts w:ascii="Aptos" w:hAnsi="Aptos"/>
          <w:sz w:val="28"/>
          <w:szCs w:val="28"/>
        </w:rPr>
        <w:t>Individual medals for the top 10. Trophy to the top team in each division.</w:t>
      </w:r>
    </w:p>
    <w:p w14:paraId="11B9A258" w14:textId="77777777" w:rsidR="00F94547" w:rsidRDefault="00F94547">
      <w:pPr>
        <w:spacing w:after="60"/>
        <w:rPr>
          <w:rFonts w:ascii="Aptos" w:hAnsi="Aptos"/>
          <w:b/>
          <w:color w:val="B5121B"/>
          <w:sz w:val="28"/>
          <w:szCs w:val="28"/>
        </w:rPr>
      </w:pPr>
    </w:p>
    <w:p w14:paraId="1A9092C0" w14:textId="0A1D4B9C" w:rsidR="007028FB" w:rsidRPr="00481203" w:rsidRDefault="00000000">
      <w:pPr>
        <w:spacing w:after="60"/>
        <w:rPr>
          <w:sz w:val="28"/>
          <w:szCs w:val="28"/>
        </w:rPr>
      </w:pPr>
      <w:r w:rsidRPr="00481203">
        <w:rPr>
          <w:rFonts w:ascii="Aptos" w:hAnsi="Aptos"/>
          <w:b/>
          <w:color w:val="B5121B"/>
          <w:sz w:val="28"/>
          <w:szCs w:val="28"/>
        </w:rPr>
        <w:t xml:space="preserve">CONTACT: </w:t>
      </w:r>
      <w:r w:rsidR="00481203">
        <w:rPr>
          <w:rFonts w:ascii="Aptos" w:hAnsi="Aptos"/>
          <w:sz w:val="28"/>
          <w:szCs w:val="28"/>
        </w:rPr>
        <w:t xml:space="preserve">Rolando </w:t>
      </w:r>
      <w:r w:rsidR="00F94547">
        <w:rPr>
          <w:rFonts w:ascii="Aptos" w:hAnsi="Aptos"/>
          <w:sz w:val="28"/>
          <w:szCs w:val="28"/>
        </w:rPr>
        <w:t>Borjon</w:t>
      </w:r>
      <w:r w:rsidR="00F94547" w:rsidRPr="00481203">
        <w:rPr>
          <w:rFonts w:ascii="Aptos" w:hAnsi="Aptos"/>
          <w:sz w:val="28"/>
          <w:szCs w:val="28"/>
        </w:rPr>
        <w:t xml:space="preserve"> • 940</w:t>
      </w:r>
      <w:r w:rsidRPr="00481203">
        <w:rPr>
          <w:rFonts w:ascii="Aptos" w:hAnsi="Aptos"/>
          <w:sz w:val="28"/>
          <w:szCs w:val="28"/>
        </w:rPr>
        <w:t>-445-</w:t>
      </w:r>
      <w:r w:rsidR="00481203">
        <w:rPr>
          <w:rFonts w:ascii="Aptos" w:hAnsi="Aptos"/>
          <w:sz w:val="28"/>
          <w:szCs w:val="28"/>
        </w:rPr>
        <w:t>4408 Ext. 1049</w:t>
      </w:r>
      <w:r w:rsidRPr="00481203">
        <w:rPr>
          <w:rFonts w:ascii="Aptos" w:hAnsi="Aptos"/>
          <w:sz w:val="28"/>
          <w:szCs w:val="28"/>
        </w:rPr>
        <w:t xml:space="preserve"> </w:t>
      </w:r>
      <w:r w:rsidR="00F94547" w:rsidRPr="00481203">
        <w:rPr>
          <w:rFonts w:ascii="Aptos" w:hAnsi="Aptos"/>
          <w:sz w:val="28"/>
          <w:szCs w:val="28"/>
        </w:rPr>
        <w:t>• rborjon@mwisd.net</w:t>
      </w:r>
    </w:p>
    <w:sectPr w:rsidR="007028FB" w:rsidRPr="00481203" w:rsidSect="00034616">
      <w:footerReference w:type="default" r:id="rId8"/>
      <w:pgSz w:w="12240" w:h="15840"/>
      <w:pgMar w:top="605" w:right="792" w:bottom="605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0A21" w14:textId="77777777" w:rsidR="008079D3" w:rsidRDefault="008079D3">
      <w:pPr>
        <w:spacing w:after="0" w:line="240" w:lineRule="auto"/>
      </w:pPr>
      <w:r>
        <w:separator/>
      </w:r>
    </w:p>
  </w:endnote>
  <w:endnote w:type="continuationSeparator" w:id="0">
    <w:p w14:paraId="0F064250" w14:textId="77777777" w:rsidR="008079D3" w:rsidRDefault="0080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B1CB" w14:textId="77777777" w:rsidR="007028FB" w:rsidRDefault="00000000">
    <w:pPr>
      <w:pStyle w:val="Footer"/>
      <w:jc w:val="center"/>
    </w:pPr>
    <w:r>
      <w:rPr>
        <w:b/>
        <w:color w:val="5A5A5A"/>
        <w:sz w:val="16"/>
      </w:rPr>
      <w:t>MINERAL WELLS HIGH SCHOOL  •  3801 RAM BLVD  •  MINERAL WELLS, TX 76067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720E" w14:textId="77777777" w:rsidR="008079D3" w:rsidRDefault="008079D3">
      <w:pPr>
        <w:spacing w:after="0" w:line="240" w:lineRule="auto"/>
      </w:pPr>
      <w:r>
        <w:separator/>
      </w:r>
    </w:p>
  </w:footnote>
  <w:footnote w:type="continuationSeparator" w:id="0">
    <w:p w14:paraId="0B4C33CE" w14:textId="77777777" w:rsidR="008079D3" w:rsidRDefault="00807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4549118">
    <w:abstractNumId w:val="8"/>
  </w:num>
  <w:num w:numId="2" w16cid:durableId="962539396">
    <w:abstractNumId w:val="6"/>
  </w:num>
  <w:num w:numId="3" w16cid:durableId="1948275180">
    <w:abstractNumId w:val="5"/>
  </w:num>
  <w:num w:numId="4" w16cid:durableId="1392116057">
    <w:abstractNumId w:val="4"/>
  </w:num>
  <w:num w:numId="5" w16cid:durableId="1564753001">
    <w:abstractNumId w:val="7"/>
  </w:num>
  <w:num w:numId="6" w16cid:durableId="809176321">
    <w:abstractNumId w:val="3"/>
  </w:num>
  <w:num w:numId="7" w16cid:durableId="1090351887">
    <w:abstractNumId w:val="2"/>
  </w:num>
  <w:num w:numId="8" w16cid:durableId="527530646">
    <w:abstractNumId w:val="1"/>
  </w:num>
  <w:num w:numId="9" w16cid:durableId="108430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399C"/>
    <w:rsid w:val="00481203"/>
    <w:rsid w:val="007028FB"/>
    <w:rsid w:val="00731E4E"/>
    <w:rsid w:val="008079D3"/>
    <w:rsid w:val="008217CB"/>
    <w:rsid w:val="00A35857"/>
    <w:rsid w:val="00AA1D8D"/>
    <w:rsid w:val="00AD5153"/>
    <w:rsid w:val="00B47730"/>
    <w:rsid w:val="00CB0664"/>
    <w:rsid w:val="00D568B3"/>
    <w:rsid w:val="00F945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B01235"/>
  <w14:defaultImageDpi w14:val="300"/>
  <w15:docId w15:val="{08CA37B3-E483-4243-B86C-89BBBD92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Borjon, Rolando</cp:lastModifiedBy>
  <cp:revision>4</cp:revision>
  <cp:lastPrinted>2026-08-06T16:57:00Z</cp:lastPrinted>
  <dcterms:created xsi:type="dcterms:W3CDTF">2026-08-06T16:18:00Z</dcterms:created>
  <dcterms:modified xsi:type="dcterms:W3CDTF">2026-08-06T17:40:00Z</dcterms:modified>
  <cp:category/>
</cp:coreProperties>
</file>