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BCB5" w14:textId="77777777" w:rsidR="001648A5" w:rsidRPr="00BD00FA" w:rsidRDefault="00000000">
      <w:pPr>
        <w:spacing w:after="20"/>
        <w:jc w:val="center"/>
        <w:rPr>
          <w:sz w:val="44"/>
          <w:szCs w:val="44"/>
        </w:rPr>
      </w:pPr>
      <w:r w:rsidRPr="00BD00FA">
        <w:rPr>
          <w:rFonts w:ascii="Arial Black" w:hAnsi="Arial Black"/>
          <w:b/>
          <w:color w:val="B5121B"/>
          <w:sz w:val="44"/>
          <w:szCs w:val="44"/>
        </w:rPr>
        <w:t>MW</w:t>
      </w:r>
    </w:p>
    <w:p w14:paraId="3E414E0F" w14:textId="409EDA13" w:rsidR="001648A5" w:rsidRPr="00BD00FA" w:rsidRDefault="00000000">
      <w:pPr>
        <w:spacing w:after="40"/>
        <w:jc w:val="center"/>
        <w:rPr>
          <w:sz w:val="44"/>
          <w:szCs w:val="44"/>
        </w:rPr>
      </w:pPr>
      <w:r w:rsidRPr="00BD00FA">
        <w:rPr>
          <w:rFonts w:ascii="Aptos Display" w:hAnsi="Aptos Display"/>
          <w:b/>
          <w:sz w:val="44"/>
          <w:szCs w:val="44"/>
        </w:rPr>
        <w:t>MINERAL WELLS JR. HIGH CROSS COUNTRY INVITATIONAL</w:t>
      </w:r>
      <w:r w:rsidR="00BD00FA">
        <w:rPr>
          <w:rFonts w:ascii="Aptos Display" w:hAnsi="Aptos Display"/>
          <w:b/>
          <w:sz w:val="44"/>
          <w:szCs w:val="44"/>
        </w:rPr>
        <w:t xml:space="preserve"> 2026</w:t>
      </w:r>
    </w:p>
    <w:p w14:paraId="6A5C7B46" w14:textId="77777777" w:rsidR="001648A5" w:rsidRPr="00BD00FA" w:rsidRDefault="00000000">
      <w:pPr>
        <w:spacing w:after="160"/>
        <w:jc w:val="center"/>
        <w:rPr>
          <w:sz w:val="44"/>
          <w:szCs w:val="44"/>
        </w:rPr>
      </w:pPr>
      <w:r w:rsidRPr="00BD00FA">
        <w:rPr>
          <w:rFonts w:ascii="Aptos" w:hAnsi="Aptos"/>
          <w:b/>
          <w:color w:val="B5121B"/>
          <w:sz w:val="44"/>
          <w:szCs w:val="44"/>
        </w:rPr>
        <w:t>MINERAL WELLS RAMS CROSS COUNTRY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656"/>
      </w:tblGrid>
      <w:tr w:rsidR="001648A5" w14:paraId="7CC9BE7A" w14:textId="77777777">
        <w:tc>
          <w:tcPr>
            <w:tcW w:w="10656" w:type="dxa"/>
            <w:shd w:val="clear" w:color="auto" w:fill="B5121B"/>
          </w:tcPr>
          <w:p w14:paraId="78F226DC" w14:textId="77777777" w:rsidR="001648A5" w:rsidRDefault="001648A5"/>
        </w:tc>
      </w:tr>
    </w:tbl>
    <w:p w14:paraId="629D5890" w14:textId="77777777" w:rsidR="001648A5" w:rsidRDefault="001648A5">
      <w:pPr>
        <w:spacing w:after="0"/>
      </w:pPr>
    </w:p>
    <w:p w14:paraId="495B6B19" w14:textId="77777777" w:rsidR="001648A5" w:rsidRPr="00BD00FA" w:rsidRDefault="00000000">
      <w:pPr>
        <w:rPr>
          <w:sz w:val="28"/>
          <w:szCs w:val="28"/>
        </w:rPr>
      </w:pPr>
      <w:r w:rsidRPr="00BD00FA">
        <w:rPr>
          <w:rFonts w:ascii="Aptos" w:hAnsi="Aptos"/>
          <w:b/>
          <w:sz w:val="28"/>
          <w:szCs w:val="28"/>
        </w:rPr>
        <w:t>Coaches,</w:t>
      </w:r>
    </w:p>
    <w:p w14:paraId="53286F4E" w14:textId="5120C50E" w:rsidR="001648A5" w:rsidRPr="00BD00FA" w:rsidRDefault="00000000">
      <w:pPr>
        <w:rPr>
          <w:sz w:val="28"/>
          <w:szCs w:val="28"/>
        </w:rPr>
      </w:pPr>
      <w:r w:rsidRPr="00BD00FA">
        <w:rPr>
          <w:rFonts w:ascii="Aptos" w:hAnsi="Aptos"/>
          <w:sz w:val="28"/>
          <w:szCs w:val="28"/>
        </w:rPr>
        <w:t xml:space="preserve">We would like to invite you and your runners to </w:t>
      </w:r>
      <w:r w:rsidR="00BD00FA" w:rsidRPr="00BD00FA">
        <w:rPr>
          <w:rFonts w:ascii="Aptos" w:hAnsi="Aptos"/>
          <w:sz w:val="28"/>
          <w:szCs w:val="28"/>
        </w:rPr>
        <w:t>Mineral</w:t>
      </w:r>
      <w:r w:rsidRPr="00BD00FA">
        <w:rPr>
          <w:rFonts w:ascii="Aptos" w:hAnsi="Aptos"/>
          <w:sz w:val="28"/>
          <w:szCs w:val="28"/>
        </w:rPr>
        <w:t xml:space="preserve"> Wells Jr. High Cross Country Invitational. The </w:t>
      </w:r>
      <w:proofErr w:type="gramStart"/>
      <w:r w:rsidRPr="00BD00FA">
        <w:rPr>
          <w:rFonts w:ascii="Aptos" w:hAnsi="Aptos"/>
          <w:sz w:val="28"/>
          <w:szCs w:val="28"/>
        </w:rPr>
        <w:t>meet</w:t>
      </w:r>
      <w:proofErr w:type="gramEnd"/>
      <w:r w:rsidRPr="00BD00FA">
        <w:rPr>
          <w:rFonts w:ascii="Aptos" w:hAnsi="Aptos"/>
          <w:sz w:val="28"/>
          <w:szCs w:val="28"/>
        </w:rPr>
        <w:t xml:space="preserve"> will be held at Mineral Wells High School.</w:t>
      </w:r>
    </w:p>
    <w:p w14:paraId="5142D947" w14:textId="51E015B6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DATE: </w:t>
      </w:r>
      <w:r w:rsidRPr="00BD00FA">
        <w:rPr>
          <w:rFonts w:ascii="Aptos" w:hAnsi="Aptos"/>
          <w:sz w:val="28"/>
          <w:szCs w:val="28"/>
        </w:rPr>
        <w:t xml:space="preserve">Wednesday, September </w:t>
      </w:r>
      <w:r w:rsidR="00BD00FA">
        <w:rPr>
          <w:rFonts w:ascii="Aptos" w:hAnsi="Aptos"/>
          <w:sz w:val="28"/>
          <w:szCs w:val="28"/>
        </w:rPr>
        <w:t>2</w:t>
      </w:r>
      <w:r w:rsidRPr="00BD00FA">
        <w:rPr>
          <w:rFonts w:ascii="Aptos" w:hAnsi="Aptos"/>
          <w:sz w:val="28"/>
          <w:szCs w:val="28"/>
        </w:rPr>
        <w:t>, 2024</w:t>
      </w:r>
    </w:p>
    <w:p w14:paraId="0C965FBF" w14:textId="3F749021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LOCATION: </w:t>
      </w:r>
      <w:r w:rsidRPr="00BD00FA">
        <w:rPr>
          <w:rFonts w:ascii="Aptos" w:hAnsi="Aptos"/>
          <w:sz w:val="28"/>
          <w:szCs w:val="28"/>
        </w:rPr>
        <w:t>Mineral Wells High School, 3801 Ram Blvd, Mineral Wells, TX 76067</w:t>
      </w:r>
    </w:p>
    <w:p w14:paraId="7FE3EBE3" w14:textId="2CCDBAAB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REGISTRATION: </w:t>
      </w:r>
      <w:r w:rsidRPr="00BD00FA">
        <w:rPr>
          <w:rFonts w:ascii="Aptos" w:hAnsi="Aptos"/>
          <w:sz w:val="28"/>
          <w:szCs w:val="28"/>
        </w:rPr>
        <w:t xml:space="preserve">Entries must be completed on </w:t>
      </w:r>
      <w:r w:rsidRPr="00BD00FA">
        <w:rPr>
          <w:rFonts w:ascii="Aptos" w:hAnsi="Aptos"/>
          <w:b/>
          <w:bCs/>
          <w:sz w:val="36"/>
          <w:szCs w:val="36"/>
        </w:rPr>
        <w:t>tx.milesplit.com</w:t>
      </w:r>
      <w:r w:rsidRPr="00BD00FA">
        <w:rPr>
          <w:rFonts w:ascii="Aptos" w:hAnsi="Aptos"/>
          <w:sz w:val="28"/>
          <w:szCs w:val="28"/>
        </w:rPr>
        <w:t xml:space="preserve"> no later than Monday, </w:t>
      </w:r>
      <w:r w:rsidR="00A04DDF">
        <w:rPr>
          <w:rFonts w:ascii="Aptos" w:hAnsi="Aptos"/>
          <w:sz w:val="28"/>
          <w:szCs w:val="28"/>
        </w:rPr>
        <w:t>August</w:t>
      </w:r>
      <w:r w:rsidRPr="00BD00FA">
        <w:rPr>
          <w:rFonts w:ascii="Aptos" w:hAnsi="Aptos"/>
          <w:sz w:val="28"/>
          <w:szCs w:val="28"/>
        </w:rPr>
        <w:t xml:space="preserve"> </w:t>
      </w:r>
      <w:r w:rsidR="00A04DDF">
        <w:rPr>
          <w:rFonts w:ascii="Aptos" w:hAnsi="Aptos"/>
          <w:sz w:val="28"/>
          <w:szCs w:val="28"/>
        </w:rPr>
        <w:t>3</w:t>
      </w:r>
      <w:r w:rsidR="00BD00FA">
        <w:rPr>
          <w:rFonts w:ascii="Aptos" w:hAnsi="Aptos"/>
          <w:sz w:val="28"/>
          <w:szCs w:val="28"/>
        </w:rPr>
        <w:t>1</w:t>
      </w:r>
      <w:r w:rsidR="00A04DDF" w:rsidRPr="00A04DDF">
        <w:rPr>
          <w:rFonts w:ascii="Aptos" w:hAnsi="Aptos"/>
          <w:sz w:val="28"/>
          <w:szCs w:val="28"/>
          <w:vertAlign w:val="superscript"/>
        </w:rPr>
        <w:t>st</w:t>
      </w:r>
      <w:r w:rsidR="00A04DDF">
        <w:rPr>
          <w:rFonts w:ascii="Aptos" w:hAnsi="Aptos"/>
          <w:sz w:val="28"/>
          <w:szCs w:val="28"/>
        </w:rPr>
        <w:t xml:space="preserve"> </w:t>
      </w:r>
      <w:r w:rsidR="00A04DDF" w:rsidRPr="00BD00FA">
        <w:rPr>
          <w:rFonts w:ascii="Aptos" w:hAnsi="Aptos"/>
          <w:sz w:val="28"/>
          <w:szCs w:val="28"/>
        </w:rPr>
        <w:t>at</w:t>
      </w:r>
      <w:r w:rsidRPr="00BD00FA">
        <w:rPr>
          <w:rFonts w:ascii="Aptos" w:hAnsi="Aptos"/>
          <w:sz w:val="28"/>
          <w:szCs w:val="28"/>
        </w:rPr>
        <w:t xml:space="preserve"> 5:00 p.m.</w:t>
      </w:r>
    </w:p>
    <w:p w14:paraId="65DD6AEF" w14:textId="0A12922C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CHECK-IN: </w:t>
      </w:r>
      <w:r w:rsidRPr="00BD00FA">
        <w:rPr>
          <w:rFonts w:ascii="Aptos" w:hAnsi="Aptos"/>
          <w:sz w:val="28"/>
          <w:szCs w:val="28"/>
        </w:rPr>
        <w:t xml:space="preserve">Junior High check-in: </w:t>
      </w:r>
      <w:r w:rsidR="00BD00FA">
        <w:rPr>
          <w:rFonts w:ascii="Aptos" w:hAnsi="Aptos"/>
          <w:sz w:val="28"/>
          <w:szCs w:val="28"/>
        </w:rPr>
        <w:t>4</w:t>
      </w:r>
      <w:r w:rsidRPr="00BD00FA">
        <w:rPr>
          <w:rFonts w:ascii="Aptos" w:hAnsi="Aptos"/>
          <w:sz w:val="28"/>
          <w:szCs w:val="28"/>
        </w:rPr>
        <w:t>:00–</w:t>
      </w:r>
      <w:r w:rsidR="00BD00FA">
        <w:rPr>
          <w:rFonts w:ascii="Aptos" w:hAnsi="Aptos"/>
          <w:sz w:val="28"/>
          <w:szCs w:val="28"/>
        </w:rPr>
        <w:t>5</w:t>
      </w:r>
      <w:r w:rsidRPr="00BD00FA">
        <w:rPr>
          <w:rFonts w:ascii="Aptos" w:hAnsi="Aptos"/>
          <w:sz w:val="28"/>
          <w:szCs w:val="28"/>
        </w:rPr>
        <w:t>:00 p.m.</w:t>
      </w:r>
      <w:r w:rsidR="00163CA7">
        <w:rPr>
          <w:rFonts w:ascii="Aptos" w:hAnsi="Aptos"/>
          <w:sz w:val="28"/>
          <w:szCs w:val="28"/>
        </w:rPr>
        <w:t xml:space="preserve"> at the Track </w:t>
      </w:r>
    </w:p>
    <w:p w14:paraId="6680525B" w14:textId="77777777" w:rsidR="00BA2465" w:rsidRDefault="00BA2465">
      <w:pPr>
        <w:spacing w:after="60"/>
        <w:rPr>
          <w:rFonts w:ascii="Aptos" w:hAnsi="Aptos"/>
          <w:b/>
          <w:color w:val="B5121B"/>
          <w:sz w:val="28"/>
          <w:szCs w:val="28"/>
        </w:rPr>
      </w:pPr>
    </w:p>
    <w:p w14:paraId="7A5C3C3F" w14:textId="0B62C085" w:rsidR="001648A5" w:rsidRDefault="00000000">
      <w:pPr>
        <w:spacing w:after="60"/>
        <w:rPr>
          <w:rFonts w:ascii="Aptos" w:hAnsi="Aptos"/>
          <w:b/>
          <w:bCs/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FIRST RACE: </w:t>
      </w:r>
      <w:r w:rsidR="00BA2465">
        <w:rPr>
          <w:rFonts w:ascii="Aptos" w:hAnsi="Aptos"/>
          <w:sz w:val="28"/>
          <w:szCs w:val="28"/>
        </w:rPr>
        <w:t>6:00</w:t>
      </w:r>
      <w:r w:rsidRPr="00BD00FA">
        <w:rPr>
          <w:rFonts w:ascii="Aptos" w:hAnsi="Aptos"/>
          <w:sz w:val="28"/>
          <w:szCs w:val="28"/>
        </w:rPr>
        <w:t xml:space="preserve"> p.</w:t>
      </w:r>
      <w:r w:rsidR="00BD00FA" w:rsidRPr="00BD00FA">
        <w:rPr>
          <w:rFonts w:ascii="Aptos" w:hAnsi="Aptos"/>
          <w:sz w:val="28"/>
          <w:szCs w:val="28"/>
        </w:rPr>
        <w:t>m.</w:t>
      </w:r>
      <w:r w:rsidRPr="00BD00FA">
        <w:rPr>
          <w:rFonts w:ascii="Aptos" w:hAnsi="Aptos"/>
          <w:sz w:val="28"/>
          <w:szCs w:val="28"/>
        </w:rPr>
        <w:t xml:space="preserve"> </w:t>
      </w:r>
      <w:r w:rsidRPr="00E207AC">
        <w:rPr>
          <w:rFonts w:ascii="Aptos" w:hAnsi="Aptos"/>
          <w:b/>
          <w:bCs/>
          <w:sz w:val="28"/>
          <w:szCs w:val="28"/>
        </w:rPr>
        <w:t>Rolling Schedule</w:t>
      </w:r>
    </w:p>
    <w:p w14:paraId="36DE61CE" w14:textId="6F205687" w:rsidR="00BD00FA" w:rsidRDefault="00E207AC">
      <w:pPr>
        <w:spacing w:after="60"/>
        <w:rPr>
          <w:rFonts w:ascii="Aptos" w:hAnsi="Aptos"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*** If we have school traffic, we may have to adjust first race start time. </w:t>
      </w:r>
      <w:r w:rsidR="00BA2465">
        <w:rPr>
          <w:rFonts w:ascii="Aptos" w:hAnsi="Aptos"/>
          <w:b/>
          <w:bCs/>
          <w:sz w:val="28"/>
          <w:szCs w:val="28"/>
        </w:rPr>
        <w:t>Most traffic clears by 5:00.  Just give your kids a heads up!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4"/>
        <w:gridCol w:w="5322"/>
      </w:tblGrid>
      <w:tr w:rsidR="00BD00FA" w:rsidRPr="00481203" w14:paraId="7E77F6B4" w14:textId="77777777" w:rsidTr="007D3C34">
        <w:trPr>
          <w:jc w:val="center"/>
        </w:trPr>
        <w:tc>
          <w:tcPr>
            <w:tcW w:w="5328" w:type="dxa"/>
            <w:shd w:val="clear" w:color="auto" w:fill="111111"/>
            <w:vAlign w:val="center"/>
          </w:tcPr>
          <w:p w14:paraId="168B4482" w14:textId="77777777" w:rsidR="00BD00FA" w:rsidRPr="00481203" w:rsidRDefault="00BD00FA" w:rsidP="007D3C34">
            <w:pPr>
              <w:rPr>
                <w:sz w:val="28"/>
                <w:szCs w:val="28"/>
              </w:rPr>
            </w:pPr>
            <w:r w:rsidRPr="00481203">
              <w:rPr>
                <w:rFonts w:ascii="Aptos" w:hAnsi="Aptos"/>
                <w:b/>
                <w:color w:val="FFFFFF"/>
                <w:sz w:val="28"/>
                <w:szCs w:val="28"/>
              </w:rPr>
              <w:t>Division</w:t>
            </w:r>
          </w:p>
        </w:tc>
        <w:tc>
          <w:tcPr>
            <w:tcW w:w="5328" w:type="dxa"/>
            <w:shd w:val="clear" w:color="auto" w:fill="111111"/>
            <w:vAlign w:val="center"/>
          </w:tcPr>
          <w:p w14:paraId="77CFEB04" w14:textId="67A693D8" w:rsidR="00BD00FA" w:rsidRPr="00481203" w:rsidRDefault="00BD00FA" w:rsidP="007D3C34">
            <w:pPr>
              <w:rPr>
                <w:sz w:val="28"/>
                <w:szCs w:val="28"/>
              </w:rPr>
            </w:pPr>
          </w:p>
        </w:tc>
      </w:tr>
      <w:tr w:rsidR="00BD00FA" w:rsidRPr="00481203" w14:paraId="73C97B5E" w14:textId="77777777" w:rsidTr="007D3C34">
        <w:trPr>
          <w:jc w:val="center"/>
        </w:trPr>
        <w:tc>
          <w:tcPr>
            <w:tcW w:w="5328" w:type="dxa"/>
            <w:vAlign w:val="center"/>
          </w:tcPr>
          <w:p w14:paraId="5B405A24" w14:textId="77777777" w:rsidR="00BD00FA" w:rsidRPr="00481203" w:rsidRDefault="00BD00FA" w:rsidP="007D3C34">
            <w:pPr>
              <w:rPr>
                <w:sz w:val="28"/>
                <w:szCs w:val="28"/>
              </w:rPr>
            </w:pPr>
            <w:r w:rsidRPr="00481203">
              <w:rPr>
                <w:rFonts w:ascii="Aptos" w:hAnsi="Aptos"/>
                <w:b/>
                <w:sz w:val="28"/>
                <w:szCs w:val="28"/>
              </w:rPr>
              <w:t>7th Grade Girls</w:t>
            </w:r>
          </w:p>
        </w:tc>
        <w:tc>
          <w:tcPr>
            <w:tcW w:w="5328" w:type="dxa"/>
            <w:vAlign w:val="center"/>
          </w:tcPr>
          <w:p w14:paraId="4ECEEF91" w14:textId="0879DD1D" w:rsidR="00BD00FA" w:rsidRPr="00481203" w:rsidRDefault="00BD00FA" w:rsidP="007D3C34">
            <w:pPr>
              <w:rPr>
                <w:sz w:val="28"/>
                <w:szCs w:val="28"/>
              </w:rPr>
            </w:pPr>
          </w:p>
        </w:tc>
      </w:tr>
      <w:tr w:rsidR="00BD00FA" w:rsidRPr="00481203" w14:paraId="5DC946C8" w14:textId="77777777" w:rsidTr="007D3C34">
        <w:trPr>
          <w:jc w:val="center"/>
        </w:trPr>
        <w:tc>
          <w:tcPr>
            <w:tcW w:w="5328" w:type="dxa"/>
            <w:shd w:val="clear" w:color="auto" w:fill="F2F2F2"/>
            <w:vAlign w:val="center"/>
          </w:tcPr>
          <w:p w14:paraId="138EC25B" w14:textId="77777777" w:rsidR="00BD00FA" w:rsidRPr="00481203" w:rsidRDefault="00BD00FA" w:rsidP="007D3C34">
            <w:pPr>
              <w:rPr>
                <w:sz w:val="28"/>
                <w:szCs w:val="28"/>
              </w:rPr>
            </w:pPr>
            <w:r w:rsidRPr="00481203">
              <w:rPr>
                <w:rFonts w:ascii="Aptos" w:hAnsi="Aptos"/>
                <w:sz w:val="28"/>
                <w:szCs w:val="28"/>
              </w:rPr>
              <w:t>7th Grade Boys</w:t>
            </w:r>
          </w:p>
        </w:tc>
        <w:tc>
          <w:tcPr>
            <w:tcW w:w="5328" w:type="dxa"/>
            <w:shd w:val="clear" w:color="auto" w:fill="F2F2F2"/>
            <w:vAlign w:val="center"/>
          </w:tcPr>
          <w:p w14:paraId="66C2E49D" w14:textId="474D9121" w:rsidR="00BD00FA" w:rsidRPr="00481203" w:rsidRDefault="00BD00FA" w:rsidP="007D3C34">
            <w:pPr>
              <w:rPr>
                <w:sz w:val="28"/>
                <w:szCs w:val="28"/>
              </w:rPr>
            </w:pPr>
          </w:p>
        </w:tc>
      </w:tr>
      <w:tr w:rsidR="00BD00FA" w:rsidRPr="00481203" w14:paraId="05492471" w14:textId="77777777" w:rsidTr="007D3C34">
        <w:trPr>
          <w:jc w:val="center"/>
        </w:trPr>
        <w:tc>
          <w:tcPr>
            <w:tcW w:w="5328" w:type="dxa"/>
            <w:vAlign w:val="center"/>
          </w:tcPr>
          <w:p w14:paraId="0DAD4824" w14:textId="77777777" w:rsidR="00BD00FA" w:rsidRPr="00481203" w:rsidRDefault="00BD00FA" w:rsidP="007D3C34">
            <w:pPr>
              <w:rPr>
                <w:sz w:val="28"/>
                <w:szCs w:val="28"/>
              </w:rPr>
            </w:pPr>
            <w:r w:rsidRPr="00481203">
              <w:rPr>
                <w:rFonts w:ascii="Aptos" w:hAnsi="Aptos"/>
                <w:b/>
                <w:sz w:val="28"/>
                <w:szCs w:val="28"/>
              </w:rPr>
              <w:t>8th Grade Girls</w:t>
            </w:r>
          </w:p>
        </w:tc>
        <w:tc>
          <w:tcPr>
            <w:tcW w:w="5328" w:type="dxa"/>
            <w:vAlign w:val="center"/>
          </w:tcPr>
          <w:p w14:paraId="4BB54C9E" w14:textId="656016B7" w:rsidR="00BD00FA" w:rsidRPr="00481203" w:rsidRDefault="00BD00FA" w:rsidP="007D3C34">
            <w:pPr>
              <w:rPr>
                <w:sz w:val="28"/>
                <w:szCs w:val="28"/>
              </w:rPr>
            </w:pPr>
          </w:p>
        </w:tc>
      </w:tr>
      <w:tr w:rsidR="00BD00FA" w:rsidRPr="00481203" w14:paraId="302E9709" w14:textId="77777777" w:rsidTr="007D3C34">
        <w:trPr>
          <w:jc w:val="center"/>
        </w:trPr>
        <w:tc>
          <w:tcPr>
            <w:tcW w:w="5328" w:type="dxa"/>
            <w:shd w:val="clear" w:color="auto" w:fill="F2F2F2"/>
            <w:vAlign w:val="center"/>
          </w:tcPr>
          <w:p w14:paraId="6207AAC3" w14:textId="77777777" w:rsidR="00BD00FA" w:rsidRPr="00481203" w:rsidRDefault="00BD00FA" w:rsidP="007D3C34">
            <w:pPr>
              <w:rPr>
                <w:sz w:val="28"/>
                <w:szCs w:val="28"/>
              </w:rPr>
            </w:pPr>
            <w:r w:rsidRPr="00481203">
              <w:rPr>
                <w:rFonts w:ascii="Aptos" w:hAnsi="Aptos"/>
                <w:sz w:val="28"/>
                <w:szCs w:val="28"/>
              </w:rPr>
              <w:t>8th Grade Boys</w:t>
            </w:r>
          </w:p>
        </w:tc>
        <w:tc>
          <w:tcPr>
            <w:tcW w:w="5328" w:type="dxa"/>
            <w:shd w:val="clear" w:color="auto" w:fill="F2F2F2"/>
            <w:vAlign w:val="center"/>
          </w:tcPr>
          <w:p w14:paraId="5B2EDF05" w14:textId="45994CF0" w:rsidR="00BD00FA" w:rsidRPr="00481203" w:rsidRDefault="00BD00FA" w:rsidP="007D3C34">
            <w:pPr>
              <w:rPr>
                <w:sz w:val="28"/>
                <w:szCs w:val="28"/>
              </w:rPr>
            </w:pPr>
          </w:p>
        </w:tc>
      </w:tr>
    </w:tbl>
    <w:p w14:paraId="2C81D204" w14:textId="77777777" w:rsidR="00BA2465" w:rsidRDefault="00BA2465">
      <w:pPr>
        <w:spacing w:after="60"/>
        <w:rPr>
          <w:rFonts w:ascii="Aptos" w:hAnsi="Aptos"/>
          <w:b/>
          <w:color w:val="B5121B"/>
          <w:sz w:val="28"/>
          <w:szCs w:val="28"/>
        </w:rPr>
      </w:pPr>
    </w:p>
    <w:p w14:paraId="203BF74F" w14:textId="46A469F6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AWARDS: </w:t>
      </w:r>
      <w:r w:rsidRPr="00BD00FA">
        <w:rPr>
          <w:rFonts w:ascii="Aptos" w:hAnsi="Aptos"/>
          <w:sz w:val="28"/>
          <w:szCs w:val="28"/>
        </w:rPr>
        <w:t>Trophy to the top team in each division. Individual medals for the top 10 in all divisions.</w:t>
      </w:r>
    </w:p>
    <w:p w14:paraId="378B5AC1" w14:textId="72916191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COST: </w:t>
      </w:r>
      <w:r w:rsidRPr="00BD00FA">
        <w:rPr>
          <w:rFonts w:ascii="Aptos" w:hAnsi="Aptos"/>
          <w:sz w:val="28"/>
          <w:szCs w:val="28"/>
        </w:rPr>
        <w:t xml:space="preserve">$150.00 per team per </w:t>
      </w:r>
      <w:r w:rsidR="00BD00FA" w:rsidRPr="00BD00FA">
        <w:rPr>
          <w:rFonts w:ascii="Aptos" w:hAnsi="Aptos"/>
          <w:sz w:val="28"/>
          <w:szCs w:val="28"/>
        </w:rPr>
        <w:t>division • $</w:t>
      </w:r>
      <w:r w:rsidRPr="00BD00FA">
        <w:rPr>
          <w:rFonts w:ascii="Aptos" w:hAnsi="Aptos"/>
          <w:sz w:val="28"/>
          <w:szCs w:val="28"/>
        </w:rPr>
        <w:t>20.00 individual</w:t>
      </w:r>
    </w:p>
    <w:p w14:paraId="78257BC5" w14:textId="1A1595E6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MAKE CHECKS PAYABLE TO: </w:t>
      </w:r>
      <w:r w:rsidRPr="00BD00FA">
        <w:rPr>
          <w:rFonts w:ascii="Aptos" w:hAnsi="Aptos"/>
          <w:b/>
          <w:bCs/>
          <w:sz w:val="28"/>
          <w:szCs w:val="28"/>
        </w:rPr>
        <w:t>Mineral Wells High School</w:t>
      </w:r>
      <w:r w:rsidR="00BD00FA">
        <w:rPr>
          <w:rFonts w:ascii="Aptos" w:hAnsi="Aptos"/>
          <w:b/>
          <w:bCs/>
          <w:sz w:val="28"/>
          <w:szCs w:val="28"/>
        </w:rPr>
        <w:t xml:space="preserve"> / Mineral Wells ISD</w:t>
      </w:r>
    </w:p>
    <w:p w14:paraId="510A36B7" w14:textId="19201B0E" w:rsidR="001648A5" w:rsidRPr="00BD00FA" w:rsidRDefault="00000000">
      <w:pPr>
        <w:spacing w:after="60"/>
        <w:rPr>
          <w:sz w:val="28"/>
          <w:szCs w:val="28"/>
        </w:rPr>
      </w:pPr>
      <w:r w:rsidRPr="00BD00FA">
        <w:rPr>
          <w:rFonts w:ascii="Aptos" w:hAnsi="Aptos"/>
          <w:b/>
          <w:color w:val="B5121B"/>
          <w:sz w:val="28"/>
          <w:szCs w:val="28"/>
        </w:rPr>
        <w:t xml:space="preserve">SEND FEES TO: </w:t>
      </w:r>
      <w:r w:rsidR="00BD00FA">
        <w:rPr>
          <w:rFonts w:ascii="Aptos" w:hAnsi="Aptos"/>
          <w:sz w:val="28"/>
          <w:szCs w:val="28"/>
        </w:rPr>
        <w:t>Rolando Borjon</w:t>
      </w:r>
      <w:r w:rsidRPr="00BD00FA">
        <w:rPr>
          <w:rFonts w:ascii="Aptos" w:hAnsi="Aptos"/>
          <w:sz w:val="28"/>
          <w:szCs w:val="28"/>
        </w:rPr>
        <w:t>, Mineral Wells High School, 3801 Ram Blvd, Mineral Wells, TX 76067</w:t>
      </w:r>
    </w:p>
    <w:sectPr w:rsidR="001648A5" w:rsidRPr="00BD00FA" w:rsidSect="00034616">
      <w:footerReference w:type="default" r:id="rId8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D978F" w14:textId="77777777" w:rsidR="00E3222C" w:rsidRDefault="00E3222C">
      <w:pPr>
        <w:spacing w:after="0" w:line="240" w:lineRule="auto"/>
      </w:pPr>
      <w:r>
        <w:separator/>
      </w:r>
    </w:p>
  </w:endnote>
  <w:endnote w:type="continuationSeparator" w:id="0">
    <w:p w14:paraId="7B36B055" w14:textId="77777777" w:rsidR="00E3222C" w:rsidRDefault="00E32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9856E" w14:textId="77777777" w:rsidR="001648A5" w:rsidRDefault="00000000">
    <w:pPr>
      <w:pStyle w:val="Footer"/>
      <w:jc w:val="center"/>
    </w:pPr>
    <w:r>
      <w:rPr>
        <w:b/>
        <w:color w:val="5A5A5A"/>
        <w:sz w:val="16"/>
      </w:rPr>
      <w:t xml:space="preserve">MINERAL WELLS HIGH </w:t>
    </w:r>
    <w:proofErr w:type="gramStart"/>
    <w:r>
      <w:rPr>
        <w:b/>
        <w:color w:val="5A5A5A"/>
        <w:sz w:val="16"/>
      </w:rPr>
      <w:t>SCHOOL  •</w:t>
    </w:r>
    <w:proofErr w:type="gramEnd"/>
    <w:r>
      <w:rPr>
        <w:b/>
        <w:color w:val="5A5A5A"/>
        <w:sz w:val="16"/>
      </w:rPr>
      <w:t xml:space="preserve">  3801 RAM </w:t>
    </w:r>
    <w:proofErr w:type="gramStart"/>
    <w:r>
      <w:rPr>
        <w:b/>
        <w:color w:val="5A5A5A"/>
        <w:sz w:val="16"/>
      </w:rPr>
      <w:t>BLVD  •</w:t>
    </w:r>
    <w:proofErr w:type="gramEnd"/>
    <w:r>
      <w:rPr>
        <w:b/>
        <w:color w:val="5A5A5A"/>
        <w:sz w:val="16"/>
      </w:rPr>
      <w:t xml:space="preserve">  MINERAL WELLS, TX 76067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843AF" w14:textId="77777777" w:rsidR="00E3222C" w:rsidRDefault="00E3222C">
      <w:pPr>
        <w:spacing w:after="0" w:line="240" w:lineRule="auto"/>
      </w:pPr>
      <w:r>
        <w:separator/>
      </w:r>
    </w:p>
  </w:footnote>
  <w:footnote w:type="continuationSeparator" w:id="0">
    <w:p w14:paraId="7724E437" w14:textId="77777777" w:rsidR="00E3222C" w:rsidRDefault="00E32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506044">
    <w:abstractNumId w:val="8"/>
  </w:num>
  <w:num w:numId="2" w16cid:durableId="1335183215">
    <w:abstractNumId w:val="6"/>
  </w:num>
  <w:num w:numId="3" w16cid:durableId="1173489809">
    <w:abstractNumId w:val="5"/>
  </w:num>
  <w:num w:numId="4" w16cid:durableId="26301128">
    <w:abstractNumId w:val="4"/>
  </w:num>
  <w:num w:numId="5" w16cid:durableId="730202356">
    <w:abstractNumId w:val="7"/>
  </w:num>
  <w:num w:numId="6" w16cid:durableId="1169757632">
    <w:abstractNumId w:val="3"/>
  </w:num>
  <w:num w:numId="7" w16cid:durableId="505561065">
    <w:abstractNumId w:val="2"/>
  </w:num>
  <w:num w:numId="8" w16cid:durableId="2033992615">
    <w:abstractNumId w:val="1"/>
  </w:num>
  <w:num w:numId="9" w16cid:durableId="1442873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CA7"/>
    <w:rsid w:val="001648A5"/>
    <w:rsid w:val="0029639D"/>
    <w:rsid w:val="00326F90"/>
    <w:rsid w:val="004A13E1"/>
    <w:rsid w:val="007347C3"/>
    <w:rsid w:val="0074618E"/>
    <w:rsid w:val="007F7837"/>
    <w:rsid w:val="00A04DDF"/>
    <w:rsid w:val="00A35857"/>
    <w:rsid w:val="00AA1D8D"/>
    <w:rsid w:val="00B47730"/>
    <w:rsid w:val="00BA2465"/>
    <w:rsid w:val="00BD00FA"/>
    <w:rsid w:val="00C0798E"/>
    <w:rsid w:val="00CB0664"/>
    <w:rsid w:val="00DD6AE8"/>
    <w:rsid w:val="00E207AC"/>
    <w:rsid w:val="00E322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B2F170"/>
  <w14:defaultImageDpi w14:val="300"/>
  <w15:docId w15:val="{63C2386B-F849-4422-8AB9-3B2560A9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Borjon, Rolando</cp:lastModifiedBy>
  <cp:revision>3</cp:revision>
  <cp:lastPrinted>2026-08-06T16:57:00Z</cp:lastPrinted>
  <dcterms:created xsi:type="dcterms:W3CDTF">2026-08-28T15:57:00Z</dcterms:created>
  <dcterms:modified xsi:type="dcterms:W3CDTF">2026-08-28T15:59:00Z</dcterms:modified>
  <cp:category/>
</cp:coreProperties>
</file>